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D3222" w14:textId="0AE1BA1B" w:rsidR="00AA30AC" w:rsidRPr="00CA7B0B" w:rsidRDefault="00BE0BF2">
      <w:pPr>
        <w:spacing w:after="0"/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國立東華大學</w:t>
      </w: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 xml:space="preserve"> </w:t>
      </w:r>
      <w:r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經濟學系博士班</w:t>
      </w:r>
      <w:r w:rsidR="00CA7B0B" w:rsidRPr="00CA7B0B">
        <w:rPr>
          <w:rFonts w:ascii="Times New Roman" w:eastAsia="標楷體" w:hAnsi="Times New Roman" w:cs="Times New Roman"/>
          <w:b/>
          <w:sz w:val="28"/>
          <w:szCs w:val="28"/>
          <w:lang w:eastAsia="zh-TW"/>
        </w:rPr>
        <w:t>發表論文抵免資格考試申請表</w:t>
      </w:r>
    </w:p>
    <w:p w14:paraId="4F270198" w14:textId="3DC63542" w:rsidR="00AA30AC" w:rsidRPr="00CA7B0B" w:rsidRDefault="00BE0BF2" w:rsidP="00CA7B0B">
      <w:pPr>
        <w:spacing w:after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CA7B0B">
        <w:rPr>
          <w:rFonts w:ascii="Times New Roman" w:eastAsia="標楷體" w:hAnsi="Times New Roman" w:cs="Times New Roman"/>
          <w:b/>
          <w:sz w:val="28"/>
          <w:szCs w:val="28"/>
        </w:rPr>
        <w:t>Department of Economics, Ph.D. Program</w:t>
      </w:r>
      <w:r w:rsidR="003F1DDA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CA7B0B">
        <w:rPr>
          <w:rFonts w:ascii="Times New Roman" w:eastAsia="標楷體" w:hAnsi="Times New Roman" w:cs="Times New Roman"/>
          <w:b/>
          <w:sz w:val="28"/>
          <w:szCs w:val="28"/>
        </w:rPr>
        <w:t>National Dong Hwa University</w:t>
      </w:r>
    </w:p>
    <w:p w14:paraId="267506D4" w14:textId="77777777" w:rsidR="00AA30AC" w:rsidRPr="00CA7B0B" w:rsidRDefault="00BE0BF2">
      <w:pPr>
        <w:spacing w:after="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CA7B0B">
        <w:rPr>
          <w:rFonts w:ascii="Times New Roman" w:eastAsia="標楷體" w:hAnsi="Times New Roman" w:cs="Times New Roman"/>
          <w:b/>
          <w:sz w:val="28"/>
          <w:szCs w:val="28"/>
        </w:rPr>
        <w:t>Application Form for Waiver of the Qualifying Examination</w:t>
      </w:r>
    </w:p>
    <w:p w14:paraId="7293B5D9" w14:textId="77777777" w:rsidR="00AA30AC" w:rsidRPr="00CA7B0B" w:rsidRDefault="00BE0BF2">
      <w:pPr>
        <w:spacing w:after="180"/>
        <w:jc w:val="center"/>
        <w:rPr>
          <w:rFonts w:ascii="Times New Roman" w:eastAsia="標楷體" w:hAnsi="Times New Roman" w:cs="Times New Roman"/>
        </w:rPr>
      </w:pPr>
      <w:r w:rsidRPr="00CA7B0B">
        <w:rPr>
          <w:rFonts w:ascii="Times New Roman" w:eastAsia="標楷體" w:hAnsi="Times New Roman" w:cs="Times New Roman"/>
          <w:b/>
          <w:sz w:val="28"/>
          <w:szCs w:val="28"/>
        </w:rPr>
        <w:t>by Published Papers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AA30AC" w:rsidRPr="003F1DDA" w14:paraId="331B0580" w14:textId="77777777">
        <w:trPr>
          <w:jc w:val="center"/>
        </w:trPr>
        <w:tc>
          <w:tcPr>
            <w:tcW w:w="9524" w:type="dxa"/>
            <w:tcBorders>
              <w:top w:val="single" w:sz="10" w:space="0" w:color="808080"/>
              <w:left w:val="single" w:sz="10" w:space="0" w:color="808080"/>
              <w:bottom w:val="single" w:sz="10" w:space="0" w:color="808080"/>
              <w:right w:val="single" w:sz="10" w:space="0" w:color="808080"/>
            </w:tcBorders>
            <w:shd w:val="clear" w:color="auto" w:fill="F2F2F2"/>
          </w:tcPr>
          <w:p w14:paraId="27B446EF" w14:textId="54FBF782" w:rsidR="00AA30AC" w:rsidRPr="003F1DDA" w:rsidRDefault="00CA7B0B">
            <w:pPr>
              <w:spacing w:after="20"/>
              <w:ind w:left="6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本人擬申請以</w:t>
            </w:r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發表論文，申請抵免博士班資格考試科目：</w:t>
            </w:r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□ </w:t>
            </w:r>
            <w:proofErr w:type="gramStart"/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</w:t>
            </w:r>
            <w:proofErr w:type="gramEnd"/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科　</w:t>
            </w:r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□ </w:t>
            </w:r>
            <w:r w:rsidR="00BE0BF2" w:rsidRPr="003F1DDA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二科</w:t>
            </w:r>
          </w:p>
          <w:p w14:paraId="4A121777" w14:textId="77777777" w:rsidR="00AA30AC" w:rsidRPr="003F1DDA" w:rsidRDefault="00BE0BF2">
            <w:pPr>
              <w:spacing w:after="20"/>
              <w:ind w:left="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I hereby apply to use published papers to waive □ one □ two doctoral qualifying examination subject(s).</w:t>
            </w:r>
          </w:p>
        </w:tc>
      </w:tr>
    </w:tbl>
    <w:p w14:paraId="2EAECE1A" w14:textId="6C1BD7DB" w:rsidR="00AA30AC" w:rsidRDefault="00AA30AC">
      <w:pPr>
        <w:spacing w:after="80"/>
        <w:rPr>
          <w:rFonts w:ascii="Times New Roman" w:eastAsia="標楷體" w:hAnsi="Times New Roman" w:cs="Times New Roman"/>
        </w:rPr>
      </w:pPr>
    </w:p>
    <w:p w14:paraId="0334E679" w14:textId="77777777" w:rsidR="00C967C9" w:rsidRPr="00CA7B0B" w:rsidRDefault="00C967C9">
      <w:pPr>
        <w:spacing w:after="80"/>
        <w:rPr>
          <w:rFonts w:ascii="Times New Roman" w:eastAsia="標楷體" w:hAnsi="Times New Roman" w:cs="Times New Roman"/>
        </w:rPr>
      </w:pPr>
    </w:p>
    <w:tbl>
      <w:tblPr>
        <w:tblW w:w="0" w:type="auto"/>
        <w:jc w:val="center"/>
        <w:tblBorders>
          <w:top w:val="single" w:sz="8" w:space="0" w:color="B7C0C9"/>
          <w:left w:val="single" w:sz="8" w:space="0" w:color="B7C0C9"/>
          <w:bottom w:val="single" w:sz="8" w:space="0" w:color="B7C0C9"/>
          <w:right w:val="single" w:sz="8" w:space="0" w:color="B7C0C9"/>
          <w:insideH w:val="single" w:sz="8" w:space="0" w:color="B7C0C9"/>
          <w:insideV w:val="single" w:sz="8" w:space="0" w:color="B7C0C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A30AC" w:rsidRPr="003F1DDA" w14:paraId="32A7A561" w14:textId="77777777">
        <w:trPr>
          <w:trHeight w:val="935"/>
          <w:jc w:val="center"/>
        </w:trPr>
        <w:tc>
          <w:tcPr>
            <w:tcW w:w="4535" w:type="dxa"/>
            <w:vAlign w:val="center"/>
          </w:tcPr>
          <w:p w14:paraId="032583AE" w14:textId="77777777" w:rsidR="00AA30AC" w:rsidRPr="003F1DDA" w:rsidRDefault="00BE0BF2">
            <w:pPr>
              <w:spacing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學號</w:t>
            </w:r>
          </w:p>
          <w:p w14:paraId="51396195" w14:textId="77777777" w:rsidR="00AA30AC" w:rsidRPr="003F1DDA" w:rsidRDefault="00BE0BF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Student ID</w:t>
            </w:r>
          </w:p>
        </w:tc>
        <w:tc>
          <w:tcPr>
            <w:tcW w:w="4535" w:type="dxa"/>
            <w:vAlign w:val="center"/>
          </w:tcPr>
          <w:p w14:paraId="216173E4" w14:textId="10F1A1CE" w:rsidR="00AA30AC" w:rsidRPr="003F1DDA" w:rsidRDefault="00BE0BF2">
            <w:pPr>
              <w:spacing w:after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AA30AC" w:rsidRPr="003F1DDA" w14:paraId="16157CC0" w14:textId="77777777">
        <w:trPr>
          <w:trHeight w:val="935"/>
          <w:jc w:val="center"/>
        </w:trPr>
        <w:tc>
          <w:tcPr>
            <w:tcW w:w="4535" w:type="dxa"/>
            <w:vAlign w:val="center"/>
          </w:tcPr>
          <w:p w14:paraId="648052E0" w14:textId="77777777" w:rsidR="00AA30AC" w:rsidRPr="003F1DDA" w:rsidRDefault="00BE0BF2">
            <w:pPr>
              <w:spacing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申請人簽名</w:t>
            </w:r>
          </w:p>
          <w:p w14:paraId="29F85702" w14:textId="77777777" w:rsidR="00AA30AC" w:rsidRPr="003F1DDA" w:rsidRDefault="00BE0BF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Applicant (Signature)</w:t>
            </w:r>
          </w:p>
        </w:tc>
        <w:tc>
          <w:tcPr>
            <w:tcW w:w="4535" w:type="dxa"/>
            <w:vAlign w:val="center"/>
          </w:tcPr>
          <w:p w14:paraId="372EB654" w14:textId="291FF952" w:rsidR="00AA30AC" w:rsidRPr="003F1DDA" w:rsidRDefault="00BE0BF2">
            <w:pPr>
              <w:spacing w:after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AA30AC" w:rsidRPr="003F1DDA" w14:paraId="3F6E7047" w14:textId="77777777">
        <w:trPr>
          <w:trHeight w:val="935"/>
          <w:jc w:val="center"/>
        </w:trPr>
        <w:tc>
          <w:tcPr>
            <w:tcW w:w="4535" w:type="dxa"/>
            <w:vAlign w:val="center"/>
          </w:tcPr>
          <w:p w14:paraId="515F891F" w14:textId="77777777" w:rsidR="00AA30AC" w:rsidRPr="003F1DDA" w:rsidRDefault="00BE0BF2">
            <w:pPr>
              <w:spacing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日期（年／月／日）</w:t>
            </w:r>
          </w:p>
          <w:p w14:paraId="591C4D04" w14:textId="77777777" w:rsidR="00AA30AC" w:rsidRPr="003F1DDA" w:rsidRDefault="00BE0BF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Date (YYYY/MM/DD)</w:t>
            </w:r>
          </w:p>
        </w:tc>
        <w:tc>
          <w:tcPr>
            <w:tcW w:w="4535" w:type="dxa"/>
            <w:vAlign w:val="center"/>
          </w:tcPr>
          <w:p w14:paraId="2DC37BBB" w14:textId="36948FF4" w:rsidR="00AA30AC" w:rsidRPr="003F1DDA" w:rsidRDefault="00BE0BF2">
            <w:pPr>
              <w:spacing w:after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______________________________</w:t>
            </w:r>
          </w:p>
        </w:tc>
      </w:tr>
    </w:tbl>
    <w:p w14:paraId="0AD6283E" w14:textId="1F7A5174" w:rsidR="00AA30AC" w:rsidRDefault="00AA30AC">
      <w:pPr>
        <w:spacing w:after="40"/>
        <w:rPr>
          <w:rFonts w:ascii="Times New Roman" w:eastAsia="標楷體" w:hAnsi="Times New Roman" w:cs="Times New Roman"/>
        </w:rPr>
      </w:pPr>
    </w:p>
    <w:p w14:paraId="32938A0A" w14:textId="77777777" w:rsidR="00C967C9" w:rsidRPr="00CA7B0B" w:rsidRDefault="00C967C9">
      <w:pPr>
        <w:spacing w:after="40"/>
        <w:rPr>
          <w:rFonts w:ascii="Times New Roman" w:eastAsia="標楷體" w:hAnsi="Times New Roman" w:cs="Times New Roman"/>
        </w:rPr>
      </w:pPr>
    </w:p>
    <w:p w14:paraId="54D27AD5" w14:textId="77777777" w:rsidR="00AA30AC" w:rsidRPr="003F1DDA" w:rsidRDefault="00BE0BF2">
      <w:pPr>
        <w:spacing w:after="80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3F1DDA">
        <w:rPr>
          <w:rFonts w:ascii="Times New Roman" w:eastAsia="標楷體" w:hAnsi="Times New Roman" w:cs="Times New Roman"/>
          <w:b/>
          <w:sz w:val="28"/>
          <w:szCs w:val="28"/>
        </w:rPr>
        <w:t>指導教授同意欄</w:t>
      </w:r>
      <w:r w:rsidRPr="003F1DDA">
        <w:rPr>
          <w:rFonts w:ascii="Times New Roman" w:eastAsia="標楷體" w:hAnsi="Times New Roman" w:cs="Times New Roman"/>
          <w:b/>
          <w:sz w:val="28"/>
          <w:szCs w:val="28"/>
        </w:rPr>
        <w:br/>
        <w:t>Advisor’s Consent</w:t>
      </w:r>
    </w:p>
    <w:tbl>
      <w:tblPr>
        <w:tblW w:w="0" w:type="auto"/>
        <w:jc w:val="center"/>
        <w:tblBorders>
          <w:top w:val="single" w:sz="8" w:space="0" w:color="B7C0C9"/>
          <w:left w:val="single" w:sz="8" w:space="0" w:color="B7C0C9"/>
          <w:bottom w:val="single" w:sz="8" w:space="0" w:color="B7C0C9"/>
          <w:right w:val="single" w:sz="8" w:space="0" w:color="B7C0C9"/>
          <w:insideH w:val="single" w:sz="8" w:space="0" w:color="B7C0C9"/>
          <w:insideV w:val="single" w:sz="8" w:space="0" w:color="B7C0C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A30AC" w:rsidRPr="003F1DDA" w14:paraId="78805AB7" w14:textId="77777777">
        <w:trPr>
          <w:trHeight w:val="935"/>
          <w:jc w:val="center"/>
        </w:trPr>
        <w:tc>
          <w:tcPr>
            <w:tcW w:w="4535" w:type="dxa"/>
            <w:vAlign w:val="center"/>
          </w:tcPr>
          <w:p w14:paraId="29BF32F1" w14:textId="77777777" w:rsidR="00AA30AC" w:rsidRPr="003F1DDA" w:rsidRDefault="00BE0BF2">
            <w:pPr>
              <w:spacing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指導教授簽名</w:t>
            </w:r>
          </w:p>
          <w:p w14:paraId="2712212B" w14:textId="77777777" w:rsidR="00AA30AC" w:rsidRPr="003F1DDA" w:rsidRDefault="00BE0BF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Advisor (Signature)</w:t>
            </w:r>
          </w:p>
        </w:tc>
        <w:tc>
          <w:tcPr>
            <w:tcW w:w="4535" w:type="dxa"/>
            <w:vAlign w:val="center"/>
          </w:tcPr>
          <w:p w14:paraId="7D8F2B62" w14:textId="2D856CEA" w:rsidR="00AA30AC" w:rsidRPr="003F1DDA" w:rsidRDefault="00BE0BF2">
            <w:pPr>
              <w:spacing w:after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AA30AC" w:rsidRPr="003F1DDA" w14:paraId="445134CA" w14:textId="77777777">
        <w:trPr>
          <w:trHeight w:val="935"/>
          <w:jc w:val="center"/>
        </w:trPr>
        <w:tc>
          <w:tcPr>
            <w:tcW w:w="4535" w:type="dxa"/>
            <w:vAlign w:val="center"/>
          </w:tcPr>
          <w:p w14:paraId="6F251218" w14:textId="77777777" w:rsidR="00AA30AC" w:rsidRPr="003F1DDA" w:rsidRDefault="00BE0BF2">
            <w:pPr>
              <w:spacing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日期（年／月／日）</w:t>
            </w:r>
          </w:p>
          <w:p w14:paraId="7C34070B" w14:textId="77777777" w:rsidR="00AA30AC" w:rsidRPr="003F1DDA" w:rsidRDefault="00BE0BF2">
            <w:pPr>
              <w:spacing w:before="20" w:after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Date (YYYY/MM/DD)</w:t>
            </w:r>
          </w:p>
        </w:tc>
        <w:tc>
          <w:tcPr>
            <w:tcW w:w="4535" w:type="dxa"/>
            <w:vAlign w:val="center"/>
          </w:tcPr>
          <w:p w14:paraId="72FF3996" w14:textId="6F80DDB4" w:rsidR="00AA30AC" w:rsidRPr="003F1DDA" w:rsidRDefault="00BE0BF2">
            <w:pPr>
              <w:spacing w:after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______________________________</w:t>
            </w:r>
          </w:p>
        </w:tc>
      </w:tr>
    </w:tbl>
    <w:p w14:paraId="7A63089D" w14:textId="77777777" w:rsidR="00AA30AC" w:rsidRPr="00CA7B0B" w:rsidRDefault="00AA30AC">
      <w:pPr>
        <w:spacing w:after="80"/>
        <w:rPr>
          <w:rFonts w:ascii="Times New Roman" w:eastAsia="標楷體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24"/>
      </w:tblGrid>
      <w:tr w:rsidR="00AA30AC" w:rsidRPr="003F1DDA" w14:paraId="5618220E" w14:textId="77777777">
        <w:trPr>
          <w:jc w:val="center"/>
        </w:trPr>
        <w:tc>
          <w:tcPr>
            <w:tcW w:w="9524" w:type="dxa"/>
            <w:tcBorders>
              <w:top w:val="single" w:sz="10" w:space="0" w:color="808080"/>
              <w:left w:val="single" w:sz="10" w:space="0" w:color="808080"/>
              <w:bottom w:val="single" w:sz="10" w:space="0" w:color="808080"/>
              <w:right w:val="single" w:sz="10" w:space="0" w:color="808080"/>
            </w:tcBorders>
            <w:shd w:val="clear" w:color="auto" w:fill="F2F2F2"/>
          </w:tcPr>
          <w:p w14:paraId="444E6A11" w14:textId="5B485129" w:rsidR="00AA30AC" w:rsidRPr="003F1DDA" w:rsidRDefault="00BE0BF2">
            <w:pPr>
              <w:spacing w:after="20"/>
              <w:ind w:left="6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說明：依據國立東華大學經濟學系博士候選人資格考核實施要點（</w:t>
            </w:r>
            <w:r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2025.11.26</w:t>
            </w:r>
            <w:r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）第四條，</w:t>
            </w:r>
            <w:r w:rsidR="00CA7B0B"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博士班研究生得於入學後四</w:t>
            </w:r>
            <w:proofErr w:type="gramStart"/>
            <w:r w:rsidR="00CA7B0B"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個</w:t>
            </w:r>
            <w:proofErr w:type="gramEnd"/>
            <w:r w:rsidR="00CA7B0B"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學期內（不包括休學期間）申請欲以發表期刊論文抵免資格考試科目，</w:t>
            </w:r>
            <w:proofErr w:type="gramStart"/>
            <w:r w:rsidR="00CA7B0B"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惟抵免</w:t>
            </w:r>
            <w:proofErr w:type="gramEnd"/>
            <w:r w:rsidR="00CA7B0B" w:rsidRPr="003F1DDA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資格考試申請書應經本系指導教授簽名認可，否則不得提出申請。</w:t>
            </w:r>
          </w:p>
          <w:p w14:paraId="0F47F1E9" w14:textId="77777777" w:rsidR="00AA30AC" w:rsidRPr="003F1DDA" w:rsidRDefault="00BE0BF2">
            <w:pPr>
              <w:spacing w:after="20"/>
              <w:ind w:left="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1DDA">
              <w:rPr>
                <w:rFonts w:ascii="Times New Roman" w:eastAsia="標楷體" w:hAnsi="Times New Roman" w:cs="Times New Roman"/>
                <w:sz w:val="24"/>
                <w:szCs w:val="24"/>
              </w:rPr>
              <w:t>Note: According to Article IV of the National Dong Hwa University Department of Economics Regulations for the Qualification Assessment of Doctoral Candidacy (2025.11.26), doctoral students may apply for a subject waiver within four semesters of enrollment (excluding periods of suspension) by submitting a published journal paper. This application form must be signed and approved by the student’s advisor; applications without the advisor’s approval will not be accepted.</w:t>
            </w:r>
          </w:p>
        </w:tc>
      </w:tr>
    </w:tbl>
    <w:p w14:paraId="76DF4594" w14:textId="77777777" w:rsidR="00BE0BF2" w:rsidRPr="00CA7B0B" w:rsidRDefault="00BE0BF2">
      <w:pPr>
        <w:rPr>
          <w:rFonts w:ascii="Times New Roman" w:eastAsia="標楷體" w:hAnsi="Times New Roman" w:cs="Times New Roman"/>
        </w:rPr>
      </w:pPr>
    </w:p>
    <w:sectPr w:rsidR="00BE0BF2" w:rsidRPr="00CA7B0B" w:rsidSect="00034616">
      <w:pgSz w:w="12240" w:h="15840"/>
      <w:pgMar w:top="850" w:right="1134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E342" w14:textId="77777777" w:rsidR="00634960" w:rsidRDefault="00634960" w:rsidP="003F1DDA">
      <w:pPr>
        <w:spacing w:after="0" w:line="240" w:lineRule="auto"/>
      </w:pPr>
      <w:r>
        <w:separator/>
      </w:r>
    </w:p>
  </w:endnote>
  <w:endnote w:type="continuationSeparator" w:id="0">
    <w:p w14:paraId="07A2C106" w14:textId="77777777" w:rsidR="00634960" w:rsidRDefault="00634960" w:rsidP="003F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7D7B" w14:textId="77777777" w:rsidR="00634960" w:rsidRDefault="00634960" w:rsidP="003F1DDA">
      <w:pPr>
        <w:spacing w:after="0" w:line="240" w:lineRule="auto"/>
      </w:pPr>
      <w:r>
        <w:separator/>
      </w:r>
    </w:p>
  </w:footnote>
  <w:footnote w:type="continuationSeparator" w:id="0">
    <w:p w14:paraId="4FEA5EEB" w14:textId="77777777" w:rsidR="00634960" w:rsidRDefault="00634960" w:rsidP="003F1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1DDA"/>
    <w:rsid w:val="00634960"/>
    <w:rsid w:val="00816CE5"/>
    <w:rsid w:val="00877891"/>
    <w:rsid w:val="00AA1D8D"/>
    <w:rsid w:val="00AA30AC"/>
    <w:rsid w:val="00B47730"/>
    <w:rsid w:val="00BE0BF2"/>
    <w:rsid w:val="00C967C9"/>
    <w:rsid w:val="00CA7B0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D162AB"/>
  <w14:defaultImageDpi w14:val="300"/>
  <w15:docId w15:val="{DF1161EB-3689-4A28-802C-C27ED265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微軟正黑體" w:hAnsi="Calibr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2026-04-16T02:09:00Z</dcterms:modified>
  <cp:category/>
</cp:coreProperties>
</file>