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0B8D" w14:textId="77777777" w:rsidR="00F8781D" w:rsidRPr="00873E89" w:rsidRDefault="0010606C">
      <w:pPr>
        <w:spacing w:after="40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73E89">
        <w:rPr>
          <w:rFonts w:ascii="Times New Roman" w:eastAsia="標楷體" w:hAnsi="Times New Roman" w:cs="Times New Roman"/>
          <w:b/>
          <w:bCs/>
          <w:sz w:val="28"/>
          <w:szCs w:val="28"/>
        </w:rPr>
        <w:t>Department of Economics, National Dong Hwa University</w:t>
      </w:r>
    </w:p>
    <w:p w14:paraId="3631FE1C" w14:textId="77777777" w:rsidR="00F8781D" w:rsidRPr="0010606C" w:rsidRDefault="0010606C">
      <w:pPr>
        <w:spacing w:after="4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873E89">
        <w:rPr>
          <w:rFonts w:ascii="Times New Roman" w:eastAsia="標楷體" w:hAnsi="Times New Roman" w:cs="Times New Roman"/>
          <w:b/>
          <w:bCs/>
          <w:sz w:val="28"/>
          <w:szCs w:val="28"/>
        </w:rPr>
        <w:t>國立東華大學經濟學系</w:t>
      </w:r>
    </w:p>
    <w:p w14:paraId="36EE4280" w14:textId="4DAF01DA" w:rsidR="00F8781D" w:rsidRPr="0010606C" w:rsidRDefault="00873E89">
      <w:pPr>
        <w:spacing w:after="4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873E89">
        <w:rPr>
          <w:rFonts w:ascii="Times New Roman" w:eastAsia="標楷體" w:hAnsi="Times New Roman" w:cs="Times New Roman"/>
          <w:b/>
          <w:sz w:val="28"/>
          <w:szCs w:val="28"/>
        </w:rPr>
        <w:t>Doctoral Qualification Examination</w:t>
      </w:r>
      <w:r w:rsidRPr="00873E8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10606C" w:rsidRPr="0010606C">
        <w:rPr>
          <w:rFonts w:ascii="Times New Roman" w:eastAsia="標楷體" w:hAnsi="Times New Roman" w:cs="Times New Roman"/>
          <w:b/>
          <w:sz w:val="28"/>
          <w:szCs w:val="28"/>
        </w:rPr>
        <w:t>Application Form</w:t>
      </w:r>
    </w:p>
    <w:p w14:paraId="6D7A0988" w14:textId="77777777" w:rsidR="00F8781D" w:rsidRPr="0010606C" w:rsidRDefault="0010606C">
      <w:pPr>
        <w:spacing w:after="4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10606C">
        <w:rPr>
          <w:rFonts w:ascii="Times New Roman" w:eastAsia="標楷體" w:hAnsi="Times New Roman" w:cs="Times New Roman"/>
          <w:b/>
          <w:sz w:val="28"/>
          <w:szCs w:val="28"/>
        </w:rPr>
        <w:t>博士班資格考試申請表</w:t>
      </w:r>
    </w:p>
    <w:p w14:paraId="7DCC88DC" w14:textId="77777777" w:rsidR="00F8781D" w:rsidRPr="0010606C" w:rsidRDefault="0010606C">
      <w:pPr>
        <w:spacing w:before="80"/>
        <w:jc w:val="right"/>
        <w:rPr>
          <w:rFonts w:ascii="Times New Roman" w:eastAsia="標楷體" w:hAnsi="Times New Roman" w:cs="Times New Roman"/>
        </w:rPr>
      </w:pPr>
      <w:r w:rsidRPr="0010606C">
        <w:rPr>
          <w:rFonts w:ascii="Times New Roman" w:eastAsia="標楷體" w:hAnsi="Times New Roman" w:cs="Times New Roman"/>
          <w:sz w:val="21"/>
        </w:rPr>
        <w:t>日期</w:t>
      </w:r>
      <w:r w:rsidRPr="0010606C">
        <w:rPr>
          <w:rFonts w:ascii="Times New Roman" w:eastAsia="標楷體" w:hAnsi="Times New Roman" w:cs="Times New Roman"/>
          <w:sz w:val="21"/>
        </w:rPr>
        <w:t xml:space="preserve"> Date (dd/mm/yyyy): ____ / ____ / ______</w:t>
      </w:r>
    </w:p>
    <w:tbl>
      <w:tblPr>
        <w:tblW w:w="0" w:type="auto"/>
        <w:jc w:val="center"/>
        <w:tblBorders>
          <w:top w:val="single" w:sz="8" w:space="0" w:color="B7C3D0"/>
          <w:left w:val="single" w:sz="8" w:space="0" w:color="B7C3D0"/>
          <w:bottom w:val="single" w:sz="8" w:space="0" w:color="B7C3D0"/>
          <w:right w:val="single" w:sz="8" w:space="0" w:color="B7C3D0"/>
          <w:insideH w:val="single" w:sz="8" w:space="0" w:color="B7C3D0"/>
          <w:insideV w:val="single" w:sz="8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798"/>
        <w:gridCol w:w="1418"/>
        <w:gridCol w:w="2381"/>
      </w:tblGrid>
      <w:tr w:rsidR="00F8781D" w:rsidRPr="0010606C" w14:paraId="422D0083" w14:textId="77777777" w:rsidTr="0010606C">
        <w:trPr>
          <w:trHeight w:hRule="exact" w:val="1134"/>
          <w:jc w:val="center"/>
        </w:trPr>
        <w:tc>
          <w:tcPr>
            <w:tcW w:w="1984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AAB53D6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>研究生</w:t>
            </w: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br/>
              <w:t>Graduate Student</w:t>
            </w:r>
          </w:p>
        </w:tc>
        <w:tc>
          <w:tcPr>
            <w:tcW w:w="5216" w:type="dxa"/>
            <w:gridSpan w:val="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F21AFCE" w14:textId="114F60B8" w:rsidR="00F8781D" w:rsidRPr="0010606C" w:rsidRDefault="0010606C" w:rsidP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sz w:val="21"/>
              </w:rPr>
              <w:t>學號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br/>
              <w:t>Student ID No.</w:t>
            </w:r>
          </w:p>
        </w:tc>
        <w:tc>
          <w:tcPr>
            <w:tcW w:w="2381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A6224DD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sz w:val="21"/>
              </w:rPr>
              <w:t>入學學期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br/>
              <w:t>Admission Term</w:t>
            </w:r>
          </w:p>
        </w:tc>
      </w:tr>
      <w:tr w:rsidR="00F8781D" w:rsidRPr="0010606C" w14:paraId="3DD00C01" w14:textId="77777777" w:rsidTr="0010606C">
        <w:trPr>
          <w:trHeight w:hRule="exact" w:val="1134"/>
          <w:jc w:val="center"/>
        </w:trPr>
        <w:tc>
          <w:tcPr>
            <w:tcW w:w="1984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3796D57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>研究生</w:t>
            </w: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br/>
              <w:t>Graduate Student</w:t>
            </w:r>
          </w:p>
        </w:tc>
        <w:tc>
          <w:tcPr>
            <w:tcW w:w="5216" w:type="dxa"/>
            <w:gridSpan w:val="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46494F1" w14:textId="77777777" w:rsidR="00F8781D" w:rsidRPr="0010606C" w:rsidRDefault="0010606C" w:rsidP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sz w:val="21"/>
              </w:rPr>
              <w:t>姓名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br/>
              <w:t>Name</w:t>
            </w:r>
          </w:p>
          <w:p w14:paraId="51B2E8CC" w14:textId="77777777" w:rsidR="00F8781D" w:rsidRPr="0010606C" w:rsidRDefault="00F8781D" w:rsidP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81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799AEB4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□ 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>春季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Spring ______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br/>
              <w:t xml:space="preserve">□ 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>秋季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Fall ______</w:t>
            </w:r>
          </w:p>
        </w:tc>
      </w:tr>
      <w:tr w:rsidR="00F8781D" w:rsidRPr="0010606C" w14:paraId="722D33E3" w14:textId="77777777" w:rsidTr="0010606C">
        <w:trPr>
          <w:trHeight w:hRule="exact" w:val="1701"/>
          <w:jc w:val="center"/>
        </w:trPr>
        <w:tc>
          <w:tcPr>
            <w:tcW w:w="1984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1694951" w14:textId="254901EA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>考試科目</w:t>
            </w:r>
            <w:proofErr w:type="spellEnd"/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br/>
            </w:r>
            <w:r w:rsidR="00873E89" w:rsidRPr="00873E89">
              <w:rPr>
                <w:rFonts w:ascii="Times New Roman" w:eastAsia="標楷體" w:hAnsi="Times New Roman" w:cs="Times New Roman"/>
                <w:b/>
                <w:sz w:val="21"/>
              </w:rPr>
              <w:t>Qualification</w:t>
            </w: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 xml:space="preserve"> Examination Subject(s)</w:t>
            </w:r>
          </w:p>
        </w:tc>
        <w:tc>
          <w:tcPr>
            <w:tcW w:w="3798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EEE00A5" w14:textId="77777777" w:rsidR="0010606C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  <w:sz w:val="21"/>
              </w:rPr>
            </w:pPr>
            <w:r w:rsidRPr="0010606C">
              <w:rPr>
                <w:rFonts w:ascii="Times New Roman" w:eastAsia="標楷體" w:hAnsi="Times New Roman" w:cs="Times New Roman"/>
                <w:sz w:val="40"/>
                <w:szCs w:val="40"/>
              </w:rPr>
              <w:t>□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>個體經濟學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</w:t>
            </w:r>
          </w:p>
          <w:p w14:paraId="6F2EA926" w14:textId="63CBDD19" w:rsidR="00F8781D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sz w:val="21"/>
              </w:rPr>
              <w:t>Microeconomics</w:t>
            </w:r>
          </w:p>
        </w:tc>
        <w:tc>
          <w:tcPr>
            <w:tcW w:w="3799" w:type="dxa"/>
            <w:gridSpan w:val="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7F71F6E" w14:textId="77777777" w:rsidR="0010606C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  <w:sz w:val="21"/>
              </w:rPr>
            </w:pPr>
            <w:r w:rsidRPr="0010606C">
              <w:rPr>
                <w:rFonts w:ascii="Times New Roman" w:eastAsia="標楷體" w:hAnsi="Times New Roman" w:cs="Times New Roman"/>
                <w:sz w:val="40"/>
                <w:szCs w:val="40"/>
              </w:rPr>
              <w:t xml:space="preserve">□ 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>總體經濟學</w:t>
            </w:r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</w:t>
            </w:r>
          </w:p>
          <w:p w14:paraId="0D077557" w14:textId="6E7D9BB8" w:rsidR="00F8781D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sz w:val="21"/>
              </w:rPr>
              <w:t>Macroeconomics</w:t>
            </w:r>
          </w:p>
        </w:tc>
      </w:tr>
      <w:tr w:rsidR="00F8781D" w:rsidRPr="0010606C" w14:paraId="6260EF93" w14:textId="77777777" w:rsidTr="0010606C">
        <w:trPr>
          <w:trHeight w:hRule="exact" w:val="1701"/>
          <w:jc w:val="center"/>
        </w:trPr>
        <w:tc>
          <w:tcPr>
            <w:tcW w:w="1984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B2C8EE4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>研究生</w:t>
            </w: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br/>
              <w:t>Graduate Student</w:t>
            </w:r>
          </w:p>
        </w:tc>
        <w:tc>
          <w:tcPr>
            <w:tcW w:w="7597" w:type="dxa"/>
            <w:gridSpan w:val="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059FE2D" w14:textId="77777777" w:rsidR="00F8781D" w:rsidRPr="0010606C" w:rsidRDefault="00F8781D">
            <w:pPr>
              <w:spacing w:before="40" w:after="40"/>
              <w:rPr>
                <w:rFonts w:ascii="Times New Roman" w:eastAsia="標楷體" w:hAnsi="Times New Roman" w:cs="Times New Roman"/>
              </w:rPr>
            </w:pPr>
          </w:p>
          <w:p w14:paraId="2778DA71" w14:textId="55867526" w:rsidR="00F8781D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proofErr w:type="spellStart"/>
            <w:r w:rsidRPr="0010606C">
              <w:rPr>
                <w:rFonts w:ascii="Times New Roman" w:eastAsia="標楷體" w:hAnsi="Times New Roman" w:cs="Times New Roman"/>
                <w:sz w:val="21"/>
              </w:rPr>
              <w:t>簽章</w:t>
            </w:r>
            <w:proofErr w:type="spellEnd"/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Signature: _________________________________________</w:t>
            </w:r>
            <w:r w:rsidRPr="0010606C">
              <w:rPr>
                <w:rFonts w:ascii="Times New Roman" w:eastAsia="標楷體" w:hAnsi="Times New Roman" w:cs="Times New Roman"/>
                <w:sz w:val="21"/>
                <w:lang w:eastAsia="zh-TW"/>
              </w:rPr>
              <w:t xml:space="preserve">                      </w:t>
            </w:r>
          </w:p>
        </w:tc>
      </w:tr>
      <w:tr w:rsidR="00F8781D" w:rsidRPr="0010606C" w14:paraId="600A3335" w14:textId="77777777" w:rsidTr="0010606C">
        <w:trPr>
          <w:trHeight w:hRule="exact" w:val="1701"/>
          <w:jc w:val="center"/>
        </w:trPr>
        <w:tc>
          <w:tcPr>
            <w:tcW w:w="1984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BD3C207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>論文指導教授</w:t>
            </w: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br/>
              <w:t>Dissertation Advisor</w:t>
            </w:r>
          </w:p>
        </w:tc>
        <w:tc>
          <w:tcPr>
            <w:tcW w:w="7597" w:type="dxa"/>
            <w:gridSpan w:val="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14E984" w14:textId="77777777" w:rsidR="0010606C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  <w:sz w:val="21"/>
              </w:rPr>
            </w:pPr>
          </w:p>
          <w:p w14:paraId="3C13D61F" w14:textId="5723D6FF" w:rsidR="00F8781D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proofErr w:type="spellStart"/>
            <w:r w:rsidRPr="0010606C">
              <w:rPr>
                <w:rFonts w:ascii="Times New Roman" w:eastAsia="標楷體" w:hAnsi="Times New Roman" w:cs="Times New Roman"/>
                <w:sz w:val="21"/>
              </w:rPr>
              <w:t>簽章</w:t>
            </w:r>
            <w:proofErr w:type="spellEnd"/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Signature: _________________________________________</w:t>
            </w:r>
          </w:p>
        </w:tc>
      </w:tr>
      <w:tr w:rsidR="00F8781D" w:rsidRPr="0010606C" w14:paraId="1C193AC0" w14:textId="77777777" w:rsidTr="0010606C">
        <w:trPr>
          <w:trHeight w:hRule="exact" w:val="1701"/>
          <w:jc w:val="center"/>
        </w:trPr>
        <w:tc>
          <w:tcPr>
            <w:tcW w:w="1984" w:type="dxa"/>
            <w:shd w:val="clear" w:color="auto" w:fill="EAF1F8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25B7131" w14:textId="77777777" w:rsidR="00F8781D" w:rsidRPr="0010606C" w:rsidRDefault="0010606C">
            <w:pPr>
              <w:spacing w:before="40" w:after="40"/>
              <w:jc w:val="center"/>
              <w:rPr>
                <w:rFonts w:ascii="Times New Roman" w:eastAsia="標楷體" w:hAnsi="Times New Roman" w:cs="Times New Roman"/>
              </w:rPr>
            </w:pP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t>系主任</w:t>
            </w:r>
            <w:r w:rsidRPr="0010606C">
              <w:rPr>
                <w:rFonts w:ascii="Times New Roman" w:eastAsia="標楷體" w:hAnsi="Times New Roman" w:cs="Times New Roman"/>
                <w:b/>
                <w:sz w:val="21"/>
              </w:rPr>
              <w:br/>
              <w:t>Department Chair</w:t>
            </w:r>
          </w:p>
        </w:tc>
        <w:tc>
          <w:tcPr>
            <w:tcW w:w="7597" w:type="dxa"/>
            <w:gridSpan w:val="3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14ED1E9" w14:textId="77777777" w:rsidR="0010606C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  <w:sz w:val="21"/>
              </w:rPr>
            </w:pPr>
          </w:p>
          <w:p w14:paraId="5C96B136" w14:textId="4547C96F" w:rsidR="00F8781D" w:rsidRPr="0010606C" w:rsidRDefault="0010606C">
            <w:pPr>
              <w:spacing w:before="40" w:after="40"/>
              <w:rPr>
                <w:rFonts w:ascii="Times New Roman" w:eastAsia="標楷體" w:hAnsi="Times New Roman" w:cs="Times New Roman"/>
              </w:rPr>
            </w:pPr>
            <w:proofErr w:type="spellStart"/>
            <w:r w:rsidRPr="0010606C">
              <w:rPr>
                <w:rFonts w:ascii="Times New Roman" w:eastAsia="標楷體" w:hAnsi="Times New Roman" w:cs="Times New Roman"/>
                <w:sz w:val="21"/>
              </w:rPr>
              <w:t>簽章</w:t>
            </w:r>
            <w:proofErr w:type="spellEnd"/>
            <w:r w:rsidRPr="0010606C">
              <w:rPr>
                <w:rFonts w:ascii="Times New Roman" w:eastAsia="標楷體" w:hAnsi="Times New Roman" w:cs="Times New Roman"/>
                <w:sz w:val="21"/>
              </w:rPr>
              <w:t xml:space="preserve"> Signature: _________________________________________</w:t>
            </w:r>
          </w:p>
        </w:tc>
      </w:tr>
    </w:tbl>
    <w:p w14:paraId="0EEF968B" w14:textId="77777777" w:rsidR="00F8781D" w:rsidRPr="0010606C" w:rsidRDefault="00F8781D">
      <w:pPr>
        <w:rPr>
          <w:rFonts w:ascii="Times New Roman" w:eastAsia="標楷體" w:hAnsi="Times New Roman" w:cs="Times New Roman"/>
        </w:rPr>
      </w:pPr>
    </w:p>
    <w:sectPr w:rsidR="00F8781D" w:rsidRPr="0010606C" w:rsidSect="00034616">
      <w:pgSz w:w="12240" w:h="15840"/>
      <w:pgMar w:top="1020" w:right="1077" w:bottom="102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DF8A" w14:textId="77777777" w:rsidR="000F48EC" w:rsidRDefault="000F48EC" w:rsidP="00873E89">
      <w:pPr>
        <w:spacing w:after="0" w:line="240" w:lineRule="auto"/>
      </w:pPr>
      <w:r>
        <w:separator/>
      </w:r>
    </w:p>
  </w:endnote>
  <w:endnote w:type="continuationSeparator" w:id="0">
    <w:p w14:paraId="0E131FC0" w14:textId="77777777" w:rsidR="000F48EC" w:rsidRDefault="000F48EC" w:rsidP="00873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F663" w14:textId="77777777" w:rsidR="000F48EC" w:rsidRDefault="000F48EC" w:rsidP="00873E89">
      <w:pPr>
        <w:spacing w:after="0" w:line="240" w:lineRule="auto"/>
      </w:pPr>
      <w:r>
        <w:separator/>
      </w:r>
    </w:p>
  </w:footnote>
  <w:footnote w:type="continuationSeparator" w:id="0">
    <w:p w14:paraId="68B0B305" w14:textId="77777777" w:rsidR="000F48EC" w:rsidRDefault="000F48EC" w:rsidP="00873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8EC"/>
    <w:rsid w:val="0010606C"/>
    <w:rsid w:val="0015074B"/>
    <w:rsid w:val="0029639D"/>
    <w:rsid w:val="00326F90"/>
    <w:rsid w:val="00873E89"/>
    <w:rsid w:val="00AA1D8D"/>
    <w:rsid w:val="00B47730"/>
    <w:rsid w:val="00CB0664"/>
    <w:rsid w:val="00F878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8124E6"/>
  <w14:defaultImageDpi w14:val="300"/>
  <w15:docId w15:val="{82BA718A-B79C-42EC-9464-45B41E70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微軟正黑體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2026-04-17T04:12:00Z</dcterms:modified>
  <cp:category/>
</cp:coreProperties>
</file>