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5CEBF" w14:textId="0021BA59" w:rsidR="00937BA9" w:rsidRPr="001910AD" w:rsidRDefault="00FD16B0" w:rsidP="00E51D97">
      <w:pPr>
        <w:jc w:val="center"/>
        <w:rPr>
          <w:rFonts w:ascii="Times New Roman" w:eastAsia="標楷體" w:hAnsi="Times New Roman" w:cs="Times New Roman"/>
          <w:sz w:val="32"/>
          <w:szCs w:val="32"/>
          <w:lang w:eastAsia="zh-TW"/>
        </w:rPr>
      </w:pPr>
      <w:r w:rsidRPr="001910AD">
        <w:rPr>
          <w:rFonts w:ascii="Times New Roman" w:eastAsia="標楷體" w:hAnsi="Times New Roman" w:cs="Times New Roman"/>
          <w:sz w:val="32"/>
          <w:szCs w:val="32"/>
          <w:lang w:eastAsia="zh-TW"/>
        </w:rPr>
        <w:t>國立東華大學</w:t>
      </w:r>
      <w:r w:rsidR="00E51D97" w:rsidRPr="001910AD">
        <w:rPr>
          <w:rFonts w:ascii="Times New Roman" w:eastAsia="標楷體" w:hAnsi="Times New Roman" w:cs="Times New Roman"/>
          <w:sz w:val="32"/>
          <w:szCs w:val="32"/>
          <w:lang w:eastAsia="zh-TW"/>
        </w:rPr>
        <w:t>經濟學系博士論文計畫審查申請表</w:t>
      </w:r>
    </w:p>
    <w:p w14:paraId="32FDEA08" w14:textId="66D561D3" w:rsidR="00E51D97" w:rsidRPr="001910AD" w:rsidRDefault="00E51D97" w:rsidP="001C320E">
      <w:pPr>
        <w:spacing w:before="100" w:beforeAutospacing="1" w:after="100" w:afterAutospacing="1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1910AD">
        <w:rPr>
          <w:rFonts w:ascii="Times New Roman" w:eastAsia="標楷體" w:hAnsi="Times New Roman" w:cs="Times New Roman"/>
          <w:sz w:val="32"/>
          <w:szCs w:val="32"/>
        </w:rPr>
        <w:t>D</w:t>
      </w:r>
      <w:r w:rsidRPr="001910AD">
        <w:rPr>
          <w:rFonts w:ascii="Times New Roman" w:eastAsia="標楷體" w:hAnsi="Times New Roman" w:cs="Times New Roman"/>
          <w:sz w:val="32"/>
          <w:szCs w:val="32"/>
          <w:lang w:eastAsia="zh-TW"/>
        </w:rPr>
        <w:t xml:space="preserve">epartment of Economics </w:t>
      </w:r>
      <w:r w:rsidRPr="001910AD">
        <w:rPr>
          <w:rFonts w:ascii="Times New Roman" w:eastAsia="標楷體" w:hAnsi="Times New Roman" w:cs="Times New Roman"/>
          <w:sz w:val="32"/>
          <w:szCs w:val="32"/>
        </w:rPr>
        <w:t>National Dong Hwa University</w:t>
      </w:r>
    </w:p>
    <w:p w14:paraId="4D9970CB" w14:textId="74102A94" w:rsidR="00937BA9" w:rsidRPr="001C320E" w:rsidRDefault="00E51D97" w:rsidP="001C320E">
      <w:pPr>
        <w:spacing w:before="100" w:beforeAutospacing="1" w:after="100" w:afterAutospacing="1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1910AD">
        <w:rPr>
          <w:rFonts w:ascii="Times New Roman" w:eastAsia="標楷體" w:hAnsi="Times New Roman" w:cs="Times New Roman"/>
          <w:sz w:val="32"/>
          <w:szCs w:val="32"/>
        </w:rPr>
        <w:t>Doctoral Dissertation Proposal Review Application Form</w:t>
      </w:r>
    </w:p>
    <w:p w14:paraId="36EAAA26" w14:textId="222A622A" w:rsidR="00E51D97" w:rsidRPr="001910AD" w:rsidRDefault="00E51D97" w:rsidP="001C320E">
      <w:pPr>
        <w:spacing w:beforeLines="150" w:before="360" w:after="0" w:line="240" w:lineRule="auto"/>
        <w:ind w:right="238"/>
        <w:jc w:val="right"/>
        <w:rPr>
          <w:rFonts w:ascii="Times New Roman" w:eastAsia="標楷體" w:hAnsi="Times New Roman" w:cs="Times New Roman"/>
          <w:lang w:eastAsia="zh-TW"/>
        </w:rPr>
      </w:pPr>
      <w:r w:rsidRPr="001910AD">
        <w:rPr>
          <w:rFonts w:ascii="Times New Roman" w:eastAsia="標楷體" w:hAnsi="Times New Roman" w:cs="Times New Roman" w:hint="eastAsia"/>
          <w:lang w:eastAsia="zh-TW"/>
        </w:rPr>
        <w:t>學期</w:t>
      </w:r>
      <w:r w:rsidRPr="001910AD">
        <w:rPr>
          <w:rFonts w:ascii="Times New Roman" w:eastAsia="標楷體" w:hAnsi="Times New Roman" w:cs="Times New Roman" w:hint="eastAsia"/>
          <w:lang w:eastAsia="zh-TW"/>
        </w:rPr>
        <w:t>S</w:t>
      </w:r>
      <w:r w:rsidRPr="001910AD">
        <w:rPr>
          <w:rFonts w:ascii="Times New Roman" w:eastAsia="標楷體" w:hAnsi="Times New Roman" w:cs="Times New Roman"/>
          <w:lang w:eastAsia="zh-TW"/>
        </w:rPr>
        <w:t>emester</w:t>
      </w:r>
      <w:r w:rsidRPr="001910AD">
        <w:rPr>
          <w:rFonts w:ascii="Times New Roman" w:eastAsia="標楷體" w:hAnsi="Times New Roman" w:cs="Times New Roman" w:hint="eastAsia"/>
          <w:lang w:eastAsia="zh-TW"/>
        </w:rPr>
        <w:t>：</w:t>
      </w:r>
      <w:r w:rsidRPr="001910AD">
        <w:rPr>
          <w:rFonts w:ascii="Times New Roman" w:eastAsia="標楷體" w:hAnsi="Times New Roman" w:cs="Times New Roman" w:hint="eastAsia"/>
          <w:lang w:eastAsia="zh-TW"/>
        </w:rPr>
        <w:t>_</w:t>
      </w:r>
      <w:r w:rsidRPr="001910AD">
        <w:rPr>
          <w:rFonts w:ascii="Times New Roman" w:eastAsia="標楷體" w:hAnsi="Times New Roman" w:cs="Times New Roman"/>
          <w:lang w:eastAsia="zh-TW"/>
        </w:rPr>
        <w:t>________</w:t>
      </w:r>
      <w:r w:rsidRPr="001910AD">
        <w:rPr>
          <w:rFonts w:ascii="Times New Roman" w:eastAsia="標楷體" w:hAnsi="Times New Roman" w:cs="Times New Roman"/>
          <w:lang w:eastAsia="zh-TW"/>
        </w:rPr>
        <w:sym w:font="Wingdings" w:char="F0A8"/>
      </w:r>
      <w:r w:rsidRPr="001910AD">
        <w:rPr>
          <w:rFonts w:ascii="Times New Roman" w:eastAsia="標楷體" w:hAnsi="Times New Roman" w:cs="Times New Roman" w:hint="eastAsia"/>
          <w:lang w:eastAsia="zh-TW"/>
        </w:rPr>
        <w:t>第一學期</w:t>
      </w:r>
      <w:r w:rsidRPr="001910AD">
        <w:rPr>
          <w:rFonts w:ascii="Times New Roman" w:eastAsia="標楷體" w:hAnsi="Times New Roman" w:cs="Times New Roman"/>
          <w:lang w:eastAsia="zh-TW"/>
        </w:rPr>
        <w:t>Fall</w:t>
      </w:r>
      <w:r w:rsidRPr="001910AD">
        <w:rPr>
          <w:rFonts w:ascii="Times New Roman" w:eastAsia="標楷體" w:hAnsi="Times New Roman" w:cs="Times New Roman"/>
          <w:lang w:eastAsia="zh-TW"/>
        </w:rPr>
        <w:sym w:font="Wingdings" w:char="F0A8"/>
      </w:r>
      <w:r w:rsidRPr="001910AD">
        <w:rPr>
          <w:rFonts w:ascii="Times New Roman" w:eastAsia="標楷體" w:hAnsi="Times New Roman" w:cs="Times New Roman" w:hint="eastAsia"/>
          <w:lang w:eastAsia="zh-TW"/>
        </w:rPr>
        <w:t>第二學期</w:t>
      </w:r>
      <w:r w:rsidRPr="001910AD">
        <w:rPr>
          <w:rFonts w:ascii="Times New Roman" w:eastAsia="標楷體" w:hAnsi="Times New Roman" w:cs="Times New Roman"/>
          <w:lang w:eastAsia="zh-TW"/>
        </w:rPr>
        <w:t>Spring</w:t>
      </w:r>
    </w:p>
    <w:p w14:paraId="00CA2DF1" w14:textId="19DD53F1" w:rsidR="00E51D97" w:rsidRPr="001910AD" w:rsidRDefault="001910AD" w:rsidP="001C320E">
      <w:pPr>
        <w:spacing w:before="100" w:beforeAutospacing="1" w:after="0" w:line="240" w:lineRule="auto"/>
        <w:ind w:right="221"/>
        <w:jc w:val="right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 xml:space="preserve">  </w:t>
      </w:r>
      <w:r w:rsidR="00E51D97" w:rsidRPr="001910AD">
        <w:rPr>
          <w:rFonts w:ascii="Times New Roman" w:eastAsia="標楷體" w:hAnsi="Times New Roman" w:cs="Times New Roman" w:hint="eastAsia"/>
          <w:lang w:eastAsia="zh-TW"/>
        </w:rPr>
        <w:t>日期</w:t>
      </w:r>
      <w:r w:rsidR="00E51D97" w:rsidRPr="001910AD">
        <w:rPr>
          <w:rFonts w:ascii="Times New Roman" w:eastAsia="標楷體" w:hAnsi="Times New Roman" w:cs="Times New Roman" w:hint="eastAsia"/>
          <w:lang w:eastAsia="zh-TW"/>
        </w:rPr>
        <w:t>D</w:t>
      </w:r>
      <w:r w:rsidR="00E51D97" w:rsidRPr="001910AD">
        <w:rPr>
          <w:rFonts w:ascii="Times New Roman" w:eastAsia="標楷體" w:hAnsi="Times New Roman" w:cs="Times New Roman"/>
          <w:lang w:eastAsia="zh-TW"/>
        </w:rPr>
        <w:t>ate(YYYY/MM/DD)</w:t>
      </w:r>
      <w:r w:rsidR="00E51D97" w:rsidRPr="001910AD">
        <w:rPr>
          <w:rFonts w:ascii="Times New Roman" w:eastAsia="標楷體" w:hAnsi="Times New Roman" w:cs="Times New Roman" w:hint="eastAsia"/>
          <w:lang w:eastAsia="zh-TW"/>
        </w:rPr>
        <w:t>：</w:t>
      </w:r>
      <w:r w:rsidR="00E51D97" w:rsidRPr="001910AD">
        <w:rPr>
          <w:rFonts w:ascii="Times New Roman" w:eastAsia="標楷體" w:hAnsi="Times New Roman" w:cs="Times New Roman" w:hint="eastAsia"/>
          <w:lang w:eastAsia="zh-TW"/>
        </w:rPr>
        <w:t>_</w:t>
      </w:r>
      <w:r w:rsidR="00E51D97" w:rsidRPr="001910AD">
        <w:rPr>
          <w:rFonts w:ascii="Times New Roman" w:eastAsia="標楷體" w:hAnsi="Times New Roman" w:cs="Times New Roman"/>
          <w:lang w:eastAsia="zh-TW"/>
        </w:rPr>
        <w:t>__________________________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2094"/>
        <w:gridCol w:w="6762"/>
      </w:tblGrid>
      <w:tr w:rsidR="00937BA9" w:rsidRPr="001910AD" w14:paraId="6A6B7292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1288FBCF" w14:textId="3C128B42" w:rsidR="00937BA9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姓名</w:t>
            </w:r>
            <w:proofErr w:type="spellEnd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>Name</w:t>
            </w:r>
          </w:p>
        </w:tc>
        <w:tc>
          <w:tcPr>
            <w:tcW w:w="3818" w:type="pct"/>
          </w:tcPr>
          <w:p w14:paraId="2C30E26E" w14:textId="33DA386E" w:rsidR="00937BA9" w:rsidRPr="001910AD" w:rsidRDefault="00937BA9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937BA9" w:rsidRPr="001910AD" w14:paraId="159D2A1C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3717385C" w14:textId="29F16B04" w:rsidR="00937BA9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學號</w:t>
            </w:r>
            <w:proofErr w:type="spellEnd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>Student ID</w:t>
            </w:r>
          </w:p>
        </w:tc>
        <w:tc>
          <w:tcPr>
            <w:tcW w:w="3818" w:type="pct"/>
          </w:tcPr>
          <w:p w14:paraId="10D9FBCA" w14:textId="71F35C08" w:rsidR="00937BA9" w:rsidRPr="001910AD" w:rsidRDefault="00937BA9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E51D97" w:rsidRPr="001910AD" w14:paraId="16A848FC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473E6C66" w14:textId="77777777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年級</w:t>
            </w:r>
            <w:proofErr w:type="spellEnd"/>
          </w:p>
          <w:p w14:paraId="496530B7" w14:textId="71B8DD9F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PhD Year</w:t>
            </w:r>
          </w:p>
        </w:tc>
        <w:tc>
          <w:tcPr>
            <w:tcW w:w="3818" w:type="pct"/>
          </w:tcPr>
          <w:p w14:paraId="4A0AAD54" w14:textId="62FA6ABF" w:rsidR="00E51D97" w:rsidRPr="001910AD" w:rsidRDefault="00E51D97" w:rsidP="00E51D9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E51D97" w:rsidRPr="001910AD" w14:paraId="6A49315D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51049A60" w14:textId="6E4A63DC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論文題目</w:t>
            </w:r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Dissertation</w:t>
            </w:r>
            <w:proofErr w:type="spellEnd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Title</w:t>
            </w:r>
          </w:p>
        </w:tc>
        <w:tc>
          <w:tcPr>
            <w:tcW w:w="3818" w:type="pct"/>
          </w:tcPr>
          <w:p w14:paraId="38A342DF" w14:textId="41909B7E" w:rsidR="00E51D97" w:rsidRPr="001910AD" w:rsidRDefault="00E51D97" w:rsidP="00E51D9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E51D97" w:rsidRPr="001910AD" w14:paraId="2974DC87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175B3FAB" w14:textId="77777777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時間</w:t>
            </w:r>
            <w:proofErr w:type="spellEnd"/>
          </w:p>
          <w:p w14:paraId="26D3E95C" w14:textId="5C1B1E03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Date and Time</w:t>
            </w:r>
          </w:p>
        </w:tc>
        <w:tc>
          <w:tcPr>
            <w:tcW w:w="3818" w:type="pct"/>
          </w:tcPr>
          <w:p w14:paraId="2AAC2785" w14:textId="77777777" w:rsidR="00E51D97" w:rsidRPr="001910AD" w:rsidRDefault="00E51D97" w:rsidP="00E51D9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E51D97" w:rsidRPr="001910AD" w14:paraId="6A682DD8" w14:textId="77777777" w:rsidTr="001910AD">
        <w:trPr>
          <w:trHeight w:hRule="exact" w:val="680"/>
        </w:trPr>
        <w:tc>
          <w:tcPr>
            <w:tcW w:w="1182" w:type="pct"/>
            <w:vAlign w:val="center"/>
          </w:tcPr>
          <w:p w14:paraId="615D9127" w14:textId="77777777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地點</w:t>
            </w:r>
            <w:proofErr w:type="spellEnd"/>
          </w:p>
          <w:p w14:paraId="52DA2F27" w14:textId="22A65026" w:rsidR="00E51D97" w:rsidRPr="001910AD" w:rsidRDefault="00E51D97" w:rsidP="001910AD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910AD">
              <w:rPr>
                <w:rFonts w:ascii="Times New Roman" w:eastAsia="標楷體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3818" w:type="pct"/>
          </w:tcPr>
          <w:p w14:paraId="174FC5E9" w14:textId="77777777" w:rsidR="00E51D97" w:rsidRPr="001910AD" w:rsidRDefault="00E51D97" w:rsidP="00E51D9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14F79A26" w14:textId="2617A48B" w:rsidR="00937BA9" w:rsidRPr="00E51D97" w:rsidRDefault="001C320E">
      <w:pPr>
        <w:rPr>
          <w:rFonts w:ascii="Times New Roman" w:eastAsia="標楷體" w:hAnsi="Times New Roman" w:cs="Times New Roman"/>
          <w:lang w:eastAsia="zh-TW"/>
        </w:rPr>
      </w:pPr>
      <w:proofErr w:type="gramStart"/>
      <w:r>
        <w:rPr>
          <w:rFonts w:ascii="Times New Roman" w:eastAsia="標楷體" w:hAnsi="Times New Roman" w:cs="Times New Roman" w:hint="eastAsia"/>
          <w:lang w:eastAsia="zh-TW"/>
        </w:rPr>
        <w:t>註</w:t>
      </w:r>
      <w:proofErr w:type="gramEnd"/>
      <w:r>
        <w:rPr>
          <w:rFonts w:ascii="Times New Roman" w:eastAsia="標楷體" w:hAnsi="Times New Roman" w:cs="Times New Roman" w:hint="eastAsia"/>
          <w:lang w:eastAsia="zh-TW"/>
        </w:rPr>
        <w:t>：如</w:t>
      </w:r>
      <w:proofErr w:type="gramStart"/>
      <w:r>
        <w:rPr>
          <w:rFonts w:ascii="Times New Roman" w:eastAsia="標楷體" w:hAnsi="Times New Roman" w:cs="Times New Roman" w:hint="eastAsia"/>
          <w:lang w:eastAsia="zh-TW"/>
        </w:rPr>
        <w:t>以線上會議</w:t>
      </w:r>
      <w:proofErr w:type="gramEnd"/>
      <w:r>
        <w:rPr>
          <w:rFonts w:ascii="Times New Roman" w:eastAsia="標楷體" w:hAnsi="Times New Roman" w:cs="Times New Roman" w:hint="eastAsia"/>
          <w:lang w:eastAsia="zh-TW"/>
        </w:rPr>
        <w:t>方式進行請全程錄影，結束後請回傳電子檔給系辦。</w:t>
      </w:r>
      <w:r>
        <w:rPr>
          <w:rFonts w:ascii="Times New Roman" w:eastAsia="標楷體" w:hAnsi="Times New Roman" w:cs="Times New Roman"/>
          <w:lang w:eastAsia="zh-TW"/>
        </w:rPr>
        <w:br/>
      </w:r>
      <w:proofErr w:type="spellStart"/>
      <w:proofErr w:type="gramStart"/>
      <w:r>
        <w:rPr>
          <w:rFonts w:ascii="Times New Roman" w:eastAsia="標楷體" w:hAnsi="Times New Roman" w:cs="Times New Roman" w:hint="eastAsia"/>
          <w:lang w:eastAsia="zh-TW"/>
        </w:rPr>
        <w:t>N</w:t>
      </w:r>
      <w:r>
        <w:rPr>
          <w:rFonts w:ascii="Times New Roman" w:eastAsia="標楷體" w:hAnsi="Times New Roman" w:cs="Times New Roman"/>
          <w:lang w:eastAsia="zh-TW"/>
        </w:rPr>
        <w:t>ote:</w:t>
      </w:r>
      <w:r w:rsidRPr="001C320E">
        <w:rPr>
          <w:rFonts w:ascii="Times New Roman" w:eastAsia="標楷體" w:hAnsi="Times New Roman" w:cs="Times New Roman"/>
          <w:lang w:eastAsia="zh-TW"/>
        </w:rPr>
        <w:t>If</w:t>
      </w:r>
      <w:proofErr w:type="spellEnd"/>
      <w:proofErr w:type="gramEnd"/>
      <w:r w:rsidRPr="001C320E">
        <w:rPr>
          <w:rFonts w:ascii="Times New Roman" w:eastAsia="標楷體" w:hAnsi="Times New Roman" w:cs="Times New Roman"/>
          <w:lang w:eastAsia="zh-TW"/>
        </w:rPr>
        <w:t xml:space="preserve"> the meeting is conducted via an online platform, the entire session must be recorded. Please submit the video file to the department office after the meeting.</w:t>
      </w:r>
    </w:p>
    <w:p w14:paraId="79E163B7" w14:textId="6405F232" w:rsidR="00937BA9" w:rsidRPr="00E51D97" w:rsidRDefault="00FD16B0" w:rsidP="001C320E">
      <w:pPr>
        <w:spacing w:after="0" w:line="240" w:lineRule="auto"/>
        <w:rPr>
          <w:rFonts w:ascii="Times New Roman" w:eastAsia="標楷體" w:hAnsi="Times New Roman" w:cs="Times New Roman"/>
        </w:rPr>
      </w:pPr>
      <w:proofErr w:type="spellStart"/>
      <w:r w:rsidRPr="00E51D97">
        <w:rPr>
          <w:rFonts w:ascii="Times New Roman" w:eastAsia="標楷體" w:hAnsi="Times New Roman" w:cs="Times New Roman"/>
        </w:rPr>
        <w:t>審查委員名冊</w:t>
      </w:r>
      <w:r w:rsidRPr="00E51D97">
        <w:rPr>
          <w:rFonts w:ascii="Times New Roman" w:eastAsia="標楷體" w:hAnsi="Times New Roman" w:cs="Times New Roman"/>
        </w:rPr>
        <w:t>Committee</w:t>
      </w:r>
      <w:proofErr w:type="spellEnd"/>
      <w:r w:rsidRPr="00E51D97">
        <w:rPr>
          <w:rFonts w:ascii="Times New Roman" w:eastAsia="標楷體" w:hAnsi="Times New Roman" w:cs="Times New Roman"/>
        </w:rPr>
        <w:t xml:space="preserve"> Members 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566"/>
        <w:gridCol w:w="1667"/>
        <w:gridCol w:w="1667"/>
        <w:gridCol w:w="1667"/>
        <w:gridCol w:w="1668"/>
        <w:gridCol w:w="1621"/>
      </w:tblGrid>
      <w:tr w:rsidR="00E51D97" w:rsidRPr="00E51D97" w14:paraId="0E287BB4" w14:textId="77777777" w:rsidTr="00FD16B0">
        <w:trPr>
          <w:trHeight w:hRule="exact" w:val="567"/>
        </w:trPr>
        <w:tc>
          <w:tcPr>
            <w:tcW w:w="320" w:type="pct"/>
          </w:tcPr>
          <w:p w14:paraId="08C9F178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4482EE9E" w14:textId="77777777" w:rsidR="002A59A4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E51D97">
              <w:rPr>
                <w:rFonts w:ascii="Times New Roman" w:eastAsia="標楷體" w:hAnsi="Times New Roman" w:cs="Times New Roman"/>
              </w:rPr>
              <w:t>姓名</w:t>
            </w:r>
            <w:proofErr w:type="spellEnd"/>
          </w:p>
          <w:p w14:paraId="56BB615C" w14:textId="291923E6" w:rsidR="00E51D97" w:rsidRPr="00E51D97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Name</w:t>
            </w:r>
          </w:p>
        </w:tc>
        <w:tc>
          <w:tcPr>
            <w:tcW w:w="941" w:type="pct"/>
          </w:tcPr>
          <w:p w14:paraId="212598F0" w14:textId="77777777" w:rsidR="002A59A4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E51D97">
              <w:rPr>
                <w:rFonts w:ascii="Times New Roman" w:eastAsia="標楷體" w:hAnsi="Times New Roman" w:cs="Times New Roman"/>
              </w:rPr>
              <w:t>學歷</w:t>
            </w:r>
            <w:proofErr w:type="spellEnd"/>
          </w:p>
          <w:p w14:paraId="6D92E641" w14:textId="3A68E789" w:rsidR="00E51D97" w:rsidRPr="00E51D97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Education</w:t>
            </w:r>
          </w:p>
        </w:tc>
        <w:tc>
          <w:tcPr>
            <w:tcW w:w="941" w:type="pct"/>
          </w:tcPr>
          <w:p w14:paraId="126DA14F" w14:textId="77777777" w:rsidR="002A59A4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E51D97">
              <w:rPr>
                <w:rFonts w:ascii="Times New Roman" w:eastAsia="標楷體" w:hAnsi="Times New Roman" w:cs="Times New Roman"/>
              </w:rPr>
              <w:t>服務單位</w:t>
            </w:r>
            <w:proofErr w:type="spellEnd"/>
          </w:p>
          <w:p w14:paraId="379831AB" w14:textId="12D214E4" w:rsidR="00E51D97" w:rsidRPr="00E51D97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Affiliation</w:t>
            </w:r>
          </w:p>
        </w:tc>
        <w:tc>
          <w:tcPr>
            <w:tcW w:w="942" w:type="pct"/>
          </w:tcPr>
          <w:p w14:paraId="3A60A7FB" w14:textId="77777777" w:rsidR="002A59A4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職稱</w:t>
            </w:r>
          </w:p>
          <w:p w14:paraId="64B62FE1" w14:textId="15C1798C" w:rsidR="00E51D97" w:rsidRPr="00E51D97" w:rsidRDefault="002A59A4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Title</w:t>
            </w:r>
          </w:p>
        </w:tc>
        <w:tc>
          <w:tcPr>
            <w:tcW w:w="915" w:type="pct"/>
          </w:tcPr>
          <w:p w14:paraId="289631DC" w14:textId="77777777" w:rsidR="00E51D97" w:rsidRDefault="00E51D97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E51D97">
              <w:rPr>
                <w:rFonts w:ascii="Times New Roman" w:eastAsia="標楷體" w:hAnsi="Times New Roman" w:cs="Times New Roman"/>
              </w:rPr>
              <w:t>備註</w:t>
            </w:r>
            <w:proofErr w:type="spellEnd"/>
          </w:p>
          <w:p w14:paraId="3C57C4DF" w14:textId="25037BEC" w:rsidR="00E51D97" w:rsidRPr="00E51D97" w:rsidRDefault="00E51D97" w:rsidP="002A59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1D97">
              <w:rPr>
                <w:rFonts w:ascii="Times New Roman" w:eastAsia="標楷體" w:hAnsi="Times New Roman" w:cs="Times New Roman"/>
              </w:rPr>
              <w:t>Remarks</w:t>
            </w:r>
          </w:p>
        </w:tc>
      </w:tr>
      <w:tr w:rsidR="00E51D97" w:rsidRPr="00E51D97" w14:paraId="364E7B68" w14:textId="77777777" w:rsidTr="00FD16B0">
        <w:trPr>
          <w:trHeight w:hRule="exact" w:val="567"/>
        </w:trPr>
        <w:tc>
          <w:tcPr>
            <w:tcW w:w="320" w:type="pct"/>
            <w:vAlign w:val="center"/>
          </w:tcPr>
          <w:p w14:paraId="5153BD12" w14:textId="142FBC0A" w:rsidR="00E51D97" w:rsidRPr="00E51D97" w:rsidRDefault="00E51D97" w:rsidP="00FD16B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1</w:t>
            </w:r>
          </w:p>
        </w:tc>
        <w:tc>
          <w:tcPr>
            <w:tcW w:w="941" w:type="pct"/>
          </w:tcPr>
          <w:p w14:paraId="421E4FF4" w14:textId="46414729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1FEE19E3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0C63CF91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2" w:type="pct"/>
          </w:tcPr>
          <w:p w14:paraId="6C1EA6B2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15" w:type="pct"/>
          </w:tcPr>
          <w:p w14:paraId="6EEDDD44" w14:textId="7E795060" w:rsidR="00E51D97" w:rsidRPr="00E51D97" w:rsidRDefault="00FD16B0" w:rsidP="00FD16B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指導教授</w:t>
            </w:r>
            <w:r>
              <w:rPr>
                <w:rFonts w:ascii="Times New Roman" w:eastAsia="標楷體" w:hAnsi="Times New Roman" w:cs="Times New Roman"/>
              </w:rPr>
              <w:br/>
              <w:t>Advisor</w:t>
            </w:r>
          </w:p>
        </w:tc>
      </w:tr>
      <w:tr w:rsidR="00E51D97" w:rsidRPr="00E51D97" w14:paraId="6221CE9A" w14:textId="77777777" w:rsidTr="00FD16B0">
        <w:trPr>
          <w:trHeight w:hRule="exact" w:val="567"/>
        </w:trPr>
        <w:tc>
          <w:tcPr>
            <w:tcW w:w="320" w:type="pct"/>
            <w:vAlign w:val="center"/>
          </w:tcPr>
          <w:p w14:paraId="6F55D5F5" w14:textId="064D7B11" w:rsidR="00E51D97" w:rsidRPr="00E51D97" w:rsidRDefault="00E51D97" w:rsidP="00FD16B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2</w:t>
            </w:r>
          </w:p>
        </w:tc>
        <w:tc>
          <w:tcPr>
            <w:tcW w:w="941" w:type="pct"/>
          </w:tcPr>
          <w:p w14:paraId="7BE10870" w14:textId="148938D4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030DB1B8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3F678B3A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2" w:type="pct"/>
          </w:tcPr>
          <w:p w14:paraId="0255106F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15" w:type="pct"/>
          </w:tcPr>
          <w:p w14:paraId="14642D12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E51D97" w:rsidRPr="00E51D97" w14:paraId="6E9D884D" w14:textId="77777777" w:rsidTr="00FD16B0">
        <w:trPr>
          <w:trHeight w:hRule="exact" w:val="567"/>
        </w:trPr>
        <w:tc>
          <w:tcPr>
            <w:tcW w:w="320" w:type="pct"/>
            <w:vAlign w:val="center"/>
          </w:tcPr>
          <w:p w14:paraId="113877E6" w14:textId="6576EDD3" w:rsidR="00E51D97" w:rsidRPr="00E51D97" w:rsidRDefault="00E51D97" w:rsidP="00FD16B0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3</w:t>
            </w:r>
          </w:p>
        </w:tc>
        <w:tc>
          <w:tcPr>
            <w:tcW w:w="941" w:type="pct"/>
          </w:tcPr>
          <w:p w14:paraId="45FFCA3A" w14:textId="4AFE1A01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00FDFC93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1" w:type="pct"/>
          </w:tcPr>
          <w:p w14:paraId="2ACF3D4A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42" w:type="pct"/>
          </w:tcPr>
          <w:p w14:paraId="6B6F07F6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15" w:type="pct"/>
          </w:tcPr>
          <w:p w14:paraId="1D916A08" w14:textId="77777777" w:rsidR="00E51D97" w:rsidRPr="00E51D97" w:rsidRDefault="00E51D97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6C35436C" w14:textId="3C24EC5E" w:rsidR="00937BA9" w:rsidRPr="00E51D97" w:rsidRDefault="00937BA9">
      <w:pPr>
        <w:rPr>
          <w:rFonts w:ascii="Times New Roman" w:eastAsia="標楷體" w:hAnsi="Times New Roman" w:cs="Times New Roman"/>
        </w:rPr>
      </w:pPr>
    </w:p>
    <w:p w14:paraId="71B62209" w14:textId="7B70441A" w:rsidR="00E51D97" w:rsidRPr="00E51D97" w:rsidRDefault="00E51D97" w:rsidP="00E51D97">
      <w:pPr>
        <w:rPr>
          <w:rFonts w:ascii="Times New Roman" w:eastAsia="標楷體" w:hAnsi="Times New Roman" w:cs="Times New Roman"/>
        </w:rPr>
      </w:pPr>
      <w:proofErr w:type="spellStart"/>
      <w:r w:rsidRPr="00E51D97">
        <w:rPr>
          <w:rFonts w:ascii="Times New Roman" w:eastAsia="標楷體" w:hAnsi="Times New Roman" w:cs="Times New Roman"/>
        </w:rPr>
        <w:t>指導教授</w:t>
      </w:r>
      <w:r w:rsidRPr="00E51D97">
        <w:rPr>
          <w:rFonts w:ascii="Times New Roman" w:eastAsia="標楷體" w:hAnsi="Times New Roman" w:cs="Times New Roman"/>
        </w:rPr>
        <w:t>Advisor</w:t>
      </w:r>
      <w:proofErr w:type="spellEnd"/>
      <w:r w:rsidRPr="00E51D97">
        <w:rPr>
          <w:rFonts w:ascii="Times New Roman" w:eastAsia="標楷體" w:hAnsi="Times New Roman" w:cs="Times New Roman"/>
        </w:rPr>
        <w:t>: _________________</w:t>
      </w:r>
      <w:r w:rsidR="00FD16B0">
        <w:rPr>
          <w:rFonts w:ascii="Times New Roman" w:eastAsia="標楷體" w:hAnsi="Times New Roman" w:cs="Times New Roman"/>
        </w:rPr>
        <w:t>___</w:t>
      </w:r>
      <w:r w:rsidRPr="00E51D97">
        <w:rPr>
          <w:rFonts w:ascii="Times New Roman" w:eastAsia="標楷體" w:hAnsi="Times New Roman" w:cs="Times New Roman"/>
        </w:rPr>
        <w:t>___ (</w:t>
      </w:r>
      <w:proofErr w:type="spellStart"/>
      <w:r w:rsidRPr="00E51D97">
        <w:rPr>
          <w:rFonts w:ascii="Times New Roman" w:eastAsia="標楷體" w:hAnsi="Times New Roman" w:cs="Times New Roman"/>
        </w:rPr>
        <w:t>簽章</w:t>
      </w:r>
      <w:r w:rsidRPr="00E51D97">
        <w:rPr>
          <w:rFonts w:ascii="Times New Roman" w:eastAsia="標楷體" w:hAnsi="Times New Roman" w:cs="Times New Roman"/>
        </w:rPr>
        <w:t>Signature</w:t>
      </w:r>
      <w:proofErr w:type="spellEnd"/>
      <w:r w:rsidRPr="00E51D97">
        <w:rPr>
          <w:rFonts w:ascii="Times New Roman" w:eastAsia="標楷體" w:hAnsi="Times New Roman" w:cs="Times New Roman"/>
        </w:rPr>
        <w:t>)</w:t>
      </w:r>
    </w:p>
    <w:p w14:paraId="3CE9D5A6" w14:textId="77777777" w:rsidR="00E51D97" w:rsidRPr="00E51D97" w:rsidRDefault="00E51D97">
      <w:pPr>
        <w:rPr>
          <w:rFonts w:ascii="Times New Roman" w:eastAsia="標楷體" w:hAnsi="Times New Roman" w:cs="Times New Roman"/>
        </w:rPr>
      </w:pPr>
    </w:p>
    <w:p w14:paraId="52686791" w14:textId="066C2B4F" w:rsidR="00937BA9" w:rsidRPr="00E51D97" w:rsidRDefault="00E51D97">
      <w:pPr>
        <w:rPr>
          <w:rFonts w:ascii="Times New Roman" w:eastAsia="標楷體" w:hAnsi="Times New Roman" w:cs="Times New Roman"/>
        </w:rPr>
      </w:pPr>
      <w:proofErr w:type="spellStart"/>
      <w:r w:rsidRPr="00E51D97">
        <w:rPr>
          <w:rFonts w:ascii="Times New Roman" w:eastAsia="標楷體" w:hAnsi="Times New Roman" w:cs="Times New Roman"/>
        </w:rPr>
        <w:t>系主任</w:t>
      </w:r>
      <w:r w:rsidR="00FD16B0" w:rsidRPr="00E51D97">
        <w:rPr>
          <w:rFonts w:ascii="Times New Roman" w:eastAsia="標楷體" w:hAnsi="Times New Roman" w:cs="Times New Roman"/>
        </w:rPr>
        <w:t>Department</w:t>
      </w:r>
      <w:proofErr w:type="spellEnd"/>
      <w:r w:rsidR="00FD16B0" w:rsidRPr="00E51D97">
        <w:rPr>
          <w:rFonts w:ascii="Times New Roman" w:eastAsia="標楷體" w:hAnsi="Times New Roman" w:cs="Times New Roman"/>
        </w:rPr>
        <w:t xml:space="preserve"> Chair: _________________ (</w:t>
      </w:r>
      <w:proofErr w:type="spellStart"/>
      <w:r w:rsidRPr="00E51D97">
        <w:rPr>
          <w:rFonts w:ascii="Times New Roman" w:eastAsia="標楷體" w:hAnsi="Times New Roman" w:cs="Times New Roman"/>
        </w:rPr>
        <w:t>簽章</w:t>
      </w:r>
      <w:r w:rsidR="00FD16B0" w:rsidRPr="00E51D97">
        <w:rPr>
          <w:rFonts w:ascii="Times New Roman" w:eastAsia="標楷體" w:hAnsi="Times New Roman" w:cs="Times New Roman"/>
        </w:rPr>
        <w:t>Signature</w:t>
      </w:r>
      <w:proofErr w:type="spellEnd"/>
      <w:r w:rsidR="00FD16B0" w:rsidRPr="00E51D97">
        <w:rPr>
          <w:rFonts w:ascii="Times New Roman" w:eastAsia="標楷體" w:hAnsi="Times New Roman" w:cs="Times New Roman"/>
        </w:rPr>
        <w:t>)</w:t>
      </w:r>
    </w:p>
    <w:sectPr w:rsidR="00937BA9" w:rsidRPr="00E51D9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0AD"/>
    <w:rsid w:val="001C320E"/>
    <w:rsid w:val="0029639D"/>
    <w:rsid w:val="002A59A4"/>
    <w:rsid w:val="00326F90"/>
    <w:rsid w:val="00937BA9"/>
    <w:rsid w:val="00AA1D8D"/>
    <w:rsid w:val="00B47730"/>
    <w:rsid w:val="00CB0664"/>
    <w:rsid w:val="00E51D97"/>
    <w:rsid w:val="00FC693F"/>
    <w:rsid w:val="00FD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04B223"/>
  <w14:defaultImageDpi w14:val="300"/>
  <w15:docId w15:val="{345CE1AE-D5B0-4B8F-957B-E9CE90E1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2026-04-17T03:08:00Z</dcterms:modified>
  <cp:category/>
</cp:coreProperties>
</file>