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D3222" w14:textId="29F063D6" w:rsidR="00AA30AC" w:rsidRPr="006D3AC7" w:rsidRDefault="00BE0BF2">
      <w:pPr>
        <w:spacing w:after="0"/>
        <w:jc w:val="center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CA7B0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國立東華大學</w:t>
      </w:r>
      <w:r w:rsidRPr="00CA7B0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 </w:t>
      </w:r>
      <w:r w:rsidRPr="00CA7B0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經濟學系博士班</w:t>
      </w:r>
      <w:r w:rsidR="00161C0E" w:rsidRPr="006D3AC7">
        <w:rPr>
          <w:rFonts w:ascii="Times New Roman" w:eastAsia="標楷體" w:hAnsi="Times New Roman" w:cs="Times New Roman" w:hint="eastAsia"/>
          <w:b/>
          <w:sz w:val="28"/>
          <w:szCs w:val="28"/>
          <w:lang w:eastAsia="zh-TW"/>
        </w:rPr>
        <w:t>學位考試</w:t>
      </w:r>
      <w:r w:rsidR="009854E9" w:rsidRPr="006D3AC7">
        <w:rPr>
          <w:rFonts w:ascii="Times New Roman" w:eastAsia="標楷體" w:hAnsi="Times New Roman" w:cs="Times New Roman" w:hint="eastAsia"/>
          <w:b/>
          <w:sz w:val="28"/>
          <w:szCs w:val="28"/>
          <w:lang w:eastAsia="zh-TW"/>
        </w:rPr>
        <w:t>申</w:t>
      </w:r>
      <w:r w:rsidR="00161C0E" w:rsidRPr="006D3AC7">
        <w:rPr>
          <w:rFonts w:ascii="Times New Roman" w:eastAsia="標楷體" w:hAnsi="Times New Roman" w:cs="Times New Roman" w:hint="eastAsia"/>
          <w:b/>
          <w:sz w:val="28"/>
          <w:szCs w:val="28"/>
          <w:lang w:eastAsia="zh-TW"/>
        </w:rPr>
        <w:t>請前</w:t>
      </w:r>
      <w:r w:rsidR="009854E9" w:rsidRPr="006D3AC7">
        <w:rPr>
          <w:rFonts w:ascii="Times New Roman" w:eastAsia="標楷體" w:hAnsi="Times New Roman" w:cs="Times New Roman" w:hint="eastAsia"/>
          <w:b/>
          <w:sz w:val="28"/>
          <w:szCs w:val="28"/>
          <w:lang w:eastAsia="zh-TW"/>
        </w:rPr>
        <w:t>檢核表</w:t>
      </w:r>
    </w:p>
    <w:p w14:paraId="132CB36F" w14:textId="77777777" w:rsidR="00F02448" w:rsidRPr="006D3AC7" w:rsidRDefault="00F02448" w:rsidP="00F620D5">
      <w:pPr>
        <w:spacing w:afterLines="50" w:after="120" w:line="32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6D3AC7">
        <w:rPr>
          <w:rFonts w:ascii="Times New Roman" w:eastAsia="標楷體" w:hAnsi="Times New Roman" w:cs="Times New Roman"/>
          <w:sz w:val="28"/>
          <w:szCs w:val="28"/>
        </w:rPr>
        <w:t>Department of Economics National Dong Hwa University</w:t>
      </w:r>
    </w:p>
    <w:p w14:paraId="4419801E" w14:textId="5F694FB8" w:rsidR="00E30535" w:rsidRPr="006D3AC7" w:rsidRDefault="009854E9" w:rsidP="00F620D5">
      <w:pPr>
        <w:spacing w:afterLines="50" w:after="120" w:line="32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6D3AC7">
        <w:rPr>
          <w:rFonts w:ascii="Times New Roman" w:hAnsi="Times New Roman" w:cs="Times New Roman"/>
          <w:sz w:val="28"/>
          <w:szCs w:val="28"/>
        </w:rPr>
        <w:t>Pre-Application Checklist for the Doctoral Degree Examination</w:t>
      </w:r>
    </w:p>
    <w:tbl>
      <w:tblPr>
        <w:tblW w:w="5000" w:type="pct"/>
        <w:jc w:val="center"/>
        <w:tblBorders>
          <w:top w:val="single" w:sz="8" w:space="0" w:color="B7C0C9"/>
          <w:left w:val="single" w:sz="8" w:space="0" w:color="B7C0C9"/>
          <w:bottom w:val="single" w:sz="8" w:space="0" w:color="B7C0C9"/>
          <w:right w:val="single" w:sz="8" w:space="0" w:color="B7C0C9"/>
          <w:insideH w:val="single" w:sz="8" w:space="0" w:color="B7C0C9"/>
          <w:insideV w:val="single" w:sz="8" w:space="0" w:color="B7C0C9"/>
        </w:tblBorders>
        <w:tblLayout w:type="fixed"/>
        <w:tblLook w:val="04A0" w:firstRow="1" w:lastRow="0" w:firstColumn="1" w:lastColumn="0" w:noHBand="0" w:noVBand="1"/>
      </w:tblPr>
      <w:tblGrid>
        <w:gridCol w:w="2488"/>
        <w:gridCol w:w="2488"/>
        <w:gridCol w:w="2488"/>
        <w:gridCol w:w="2488"/>
      </w:tblGrid>
      <w:tr w:rsidR="00E473E1" w:rsidRPr="00E473E1" w14:paraId="32A7A561" w14:textId="5CD2B29C" w:rsidTr="00E473E1">
        <w:trPr>
          <w:trHeight w:hRule="exact" w:val="567"/>
          <w:jc w:val="center"/>
        </w:trPr>
        <w:tc>
          <w:tcPr>
            <w:tcW w:w="1250" w:type="pct"/>
            <w:vAlign w:val="center"/>
          </w:tcPr>
          <w:p w14:paraId="032583AE" w14:textId="77777777" w:rsidR="00E473E1" w:rsidRPr="00E473E1" w:rsidRDefault="00E473E1">
            <w:pPr>
              <w:spacing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proofErr w:type="spellStart"/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  <w:t>學號</w:t>
            </w:r>
            <w:proofErr w:type="spellEnd"/>
          </w:p>
          <w:p w14:paraId="51396195" w14:textId="77777777" w:rsidR="00E473E1" w:rsidRPr="00E473E1" w:rsidRDefault="00E473E1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  <w:t>Student ID</w:t>
            </w:r>
          </w:p>
        </w:tc>
        <w:tc>
          <w:tcPr>
            <w:tcW w:w="1250" w:type="pct"/>
            <w:vAlign w:val="center"/>
          </w:tcPr>
          <w:p w14:paraId="216173E4" w14:textId="76D3319E" w:rsidR="00E473E1" w:rsidRPr="00E473E1" w:rsidRDefault="00E473E1">
            <w:pPr>
              <w:spacing w:after="0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BE53020" w14:textId="77777777" w:rsidR="00E473E1" w:rsidRPr="00E473E1" w:rsidRDefault="00E473E1" w:rsidP="00E473E1">
            <w:pPr>
              <w:spacing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proofErr w:type="spellStart"/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  <w:t>日期（年／月／日</w:t>
            </w:r>
            <w:proofErr w:type="spellEnd"/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  <w:t>）</w:t>
            </w:r>
          </w:p>
          <w:p w14:paraId="5E9D98E0" w14:textId="75B333B2" w:rsidR="00E473E1" w:rsidRPr="00E473E1" w:rsidRDefault="00E473E1" w:rsidP="00E473E1">
            <w:pPr>
              <w:spacing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  <w:t>Date (YYYY/MM/DD)</w:t>
            </w:r>
          </w:p>
        </w:tc>
        <w:tc>
          <w:tcPr>
            <w:tcW w:w="1250" w:type="pct"/>
          </w:tcPr>
          <w:p w14:paraId="1A1B0256" w14:textId="06AE0FB7" w:rsidR="00E473E1" w:rsidRPr="00E473E1" w:rsidRDefault="00E473E1">
            <w:pPr>
              <w:spacing w:after="0"/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</w:pPr>
          </w:p>
        </w:tc>
      </w:tr>
      <w:tr w:rsidR="00E473E1" w:rsidRPr="00E473E1" w14:paraId="16157CC0" w14:textId="193553CB" w:rsidTr="00E473E1">
        <w:trPr>
          <w:trHeight w:hRule="exact" w:val="567"/>
          <w:jc w:val="center"/>
        </w:trPr>
        <w:tc>
          <w:tcPr>
            <w:tcW w:w="1250" w:type="pct"/>
            <w:vAlign w:val="center"/>
          </w:tcPr>
          <w:p w14:paraId="648052E0" w14:textId="0887B673" w:rsidR="00E473E1" w:rsidRPr="00E473E1" w:rsidRDefault="00E473E1">
            <w:pPr>
              <w:spacing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  <w:lang w:eastAsia="zh-TW"/>
              </w:rPr>
              <w:t>姓名</w:t>
            </w:r>
          </w:p>
          <w:p w14:paraId="29F85702" w14:textId="2ED33FCA" w:rsidR="00E473E1" w:rsidRPr="00E473E1" w:rsidRDefault="00E473E1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  <w:t>Name</w:t>
            </w:r>
          </w:p>
        </w:tc>
        <w:tc>
          <w:tcPr>
            <w:tcW w:w="1250" w:type="pct"/>
            <w:vAlign w:val="center"/>
          </w:tcPr>
          <w:p w14:paraId="372EB654" w14:textId="1F236147" w:rsidR="00E473E1" w:rsidRPr="00E473E1" w:rsidRDefault="00E473E1">
            <w:pPr>
              <w:spacing w:after="0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B8E3AEE" w14:textId="77777777" w:rsidR="00E473E1" w:rsidRPr="00E473E1" w:rsidRDefault="00E473E1" w:rsidP="00E473E1">
            <w:pPr>
              <w:spacing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  <w:lang w:eastAsia="zh-TW"/>
              </w:rPr>
              <w:t>年級</w:t>
            </w:r>
          </w:p>
          <w:p w14:paraId="6A917D99" w14:textId="4A77B505" w:rsidR="00E473E1" w:rsidRPr="00E473E1" w:rsidRDefault="00E473E1" w:rsidP="00E473E1">
            <w:pPr>
              <w:spacing w:after="0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bCs/>
                <w:sz w:val="20"/>
                <w:szCs w:val="20"/>
                <w:lang w:eastAsia="zh-TW"/>
              </w:rPr>
              <w:t>Year</w:t>
            </w:r>
          </w:p>
        </w:tc>
        <w:tc>
          <w:tcPr>
            <w:tcW w:w="1250" w:type="pct"/>
          </w:tcPr>
          <w:p w14:paraId="2DDC4F37" w14:textId="5EFEA875" w:rsidR="00E473E1" w:rsidRPr="00E473E1" w:rsidRDefault="00E473E1">
            <w:pPr>
              <w:spacing w:after="0"/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</w:pPr>
          </w:p>
        </w:tc>
      </w:tr>
    </w:tbl>
    <w:p w14:paraId="54D27AD5" w14:textId="0375D911" w:rsidR="00AA30AC" w:rsidRPr="003F1DDA" w:rsidRDefault="00B3192B">
      <w:pPr>
        <w:spacing w:after="80"/>
        <w:jc w:val="center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  <w:lang w:eastAsia="zh-TW"/>
        </w:rPr>
        <w:t>確認欄位</w:t>
      </w:r>
      <w:r w:rsidR="00AD25AB" w:rsidRPr="00AD25A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Checklist</w:t>
      </w:r>
    </w:p>
    <w:tbl>
      <w:tblPr>
        <w:tblW w:w="5000" w:type="pct"/>
        <w:jc w:val="center"/>
        <w:tblBorders>
          <w:top w:val="single" w:sz="8" w:space="0" w:color="B7C0C9"/>
          <w:left w:val="single" w:sz="8" w:space="0" w:color="B7C0C9"/>
          <w:bottom w:val="single" w:sz="8" w:space="0" w:color="B7C0C9"/>
          <w:right w:val="single" w:sz="8" w:space="0" w:color="B7C0C9"/>
          <w:insideH w:val="single" w:sz="8" w:space="0" w:color="B7C0C9"/>
          <w:insideV w:val="single" w:sz="8" w:space="0" w:color="B7C0C9"/>
        </w:tblBorders>
        <w:tblLook w:val="04A0" w:firstRow="1" w:lastRow="0" w:firstColumn="1" w:lastColumn="0" w:noHBand="0" w:noVBand="1"/>
      </w:tblPr>
      <w:tblGrid>
        <w:gridCol w:w="3318"/>
        <w:gridCol w:w="3318"/>
        <w:gridCol w:w="3316"/>
      </w:tblGrid>
      <w:tr w:rsidR="00B3192B" w:rsidRPr="00AD25AB" w14:paraId="2BB74D1F" w14:textId="77777777" w:rsidTr="00703053">
        <w:trPr>
          <w:trHeight w:hRule="exact" w:val="624"/>
          <w:jc w:val="center"/>
        </w:trPr>
        <w:tc>
          <w:tcPr>
            <w:tcW w:w="1667" w:type="pct"/>
            <w:vAlign w:val="center"/>
          </w:tcPr>
          <w:p w14:paraId="3B128490" w14:textId="77777777" w:rsidR="00AD25AB" w:rsidRPr="00E473E1" w:rsidRDefault="00F02448" w:rsidP="00CD792B">
            <w:pPr>
              <w:spacing w:after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E473E1">
              <w:rPr>
                <w:rFonts w:ascii="Times New Roman" w:eastAsia="標楷體" w:hAnsi="Times New Roman" w:cs="Times New Roman"/>
                <w:sz w:val="24"/>
                <w:szCs w:val="24"/>
              </w:rPr>
              <w:t>項目</w:t>
            </w:r>
            <w:proofErr w:type="spellEnd"/>
          </w:p>
          <w:p w14:paraId="62DBD968" w14:textId="092DBF5A" w:rsidR="00B3192B" w:rsidRPr="00E473E1" w:rsidRDefault="00F02448" w:rsidP="00CD792B">
            <w:pPr>
              <w:spacing w:after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667" w:type="pct"/>
            <w:vAlign w:val="center"/>
          </w:tcPr>
          <w:p w14:paraId="551641B3" w14:textId="77777777" w:rsidR="00B3192B" w:rsidRPr="00E473E1" w:rsidRDefault="00217602" w:rsidP="00CD792B">
            <w:pPr>
              <w:spacing w:after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確認欄位</w:t>
            </w:r>
          </w:p>
          <w:p w14:paraId="273063DE" w14:textId="5DA6AA0D" w:rsidR="00AD25AB" w:rsidRPr="00E473E1" w:rsidRDefault="00AD25AB" w:rsidP="00CD792B">
            <w:pPr>
              <w:spacing w:after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Checklist</w:t>
            </w:r>
          </w:p>
        </w:tc>
        <w:tc>
          <w:tcPr>
            <w:tcW w:w="1666" w:type="pct"/>
            <w:vAlign w:val="center"/>
          </w:tcPr>
          <w:p w14:paraId="69B0C53E" w14:textId="77777777" w:rsidR="00F620D5" w:rsidRDefault="00B3192B" w:rsidP="00CD792B">
            <w:pPr>
              <w:spacing w:after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備註</w:t>
            </w:r>
          </w:p>
          <w:p w14:paraId="06740382" w14:textId="6806D89C" w:rsidR="00B3192B" w:rsidRPr="00E473E1" w:rsidRDefault="00AD25AB" w:rsidP="00CD792B">
            <w:pPr>
              <w:spacing w:after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4"/>
                <w:szCs w:val="24"/>
              </w:rPr>
              <w:t>Remarks</w:t>
            </w:r>
          </w:p>
        </w:tc>
      </w:tr>
      <w:tr w:rsidR="00B3192B" w:rsidRPr="00AD25AB" w14:paraId="78805AB7" w14:textId="43D90657" w:rsidTr="003E2E03">
        <w:trPr>
          <w:trHeight w:val="935"/>
          <w:jc w:val="center"/>
        </w:trPr>
        <w:tc>
          <w:tcPr>
            <w:tcW w:w="1667" w:type="pct"/>
            <w:vAlign w:val="center"/>
          </w:tcPr>
          <w:p w14:paraId="4C83795E" w14:textId="77777777" w:rsidR="00B3192B" w:rsidRPr="00E473E1" w:rsidRDefault="00B3192B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是否完成畢業學分審查</w:t>
            </w:r>
          </w:p>
          <w:p w14:paraId="75AB634B" w14:textId="77777777" w:rsidR="00F245C2" w:rsidRDefault="00F02448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Completion of graduation </w:t>
            </w:r>
          </w:p>
          <w:p w14:paraId="2712212B" w14:textId="49EBC9D9" w:rsidR="00F02448" w:rsidRPr="00E473E1" w:rsidRDefault="00F02448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>credit review</w:t>
            </w:r>
          </w:p>
        </w:tc>
        <w:tc>
          <w:tcPr>
            <w:tcW w:w="1667" w:type="pct"/>
            <w:vAlign w:val="center"/>
          </w:tcPr>
          <w:p w14:paraId="7D8F2B62" w14:textId="0B4FA49B" w:rsidR="00B3192B" w:rsidRPr="00AD25AB" w:rsidRDefault="00942564" w:rsidP="00217602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Yes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否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No</w:t>
            </w:r>
          </w:p>
        </w:tc>
        <w:tc>
          <w:tcPr>
            <w:tcW w:w="1666" w:type="pct"/>
          </w:tcPr>
          <w:p w14:paraId="77D520E0" w14:textId="6591E396" w:rsidR="00B3192B" w:rsidRPr="00AD25AB" w:rsidRDefault="00B3192B">
            <w:pPr>
              <w:spacing w:after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217602" w:rsidRPr="00AD25AB" w14:paraId="0C0572DC" w14:textId="77777777" w:rsidTr="003E2E03">
        <w:trPr>
          <w:trHeight w:val="935"/>
          <w:jc w:val="center"/>
        </w:trPr>
        <w:tc>
          <w:tcPr>
            <w:tcW w:w="1667" w:type="pct"/>
            <w:vAlign w:val="center"/>
          </w:tcPr>
          <w:p w14:paraId="3CDA2580" w14:textId="77777777" w:rsidR="00217602" w:rsidRPr="00E473E1" w:rsidRDefault="00217602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是否繳交學術倫理證明</w:t>
            </w:r>
          </w:p>
          <w:p w14:paraId="31594D00" w14:textId="77777777" w:rsidR="00F245C2" w:rsidRDefault="00F02448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Submission of </w:t>
            </w:r>
          </w:p>
          <w:p w14:paraId="57381DA7" w14:textId="55D040F8" w:rsidR="00F02448" w:rsidRPr="00E473E1" w:rsidRDefault="00F02448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>Academic Ethics Certificate</w:t>
            </w:r>
          </w:p>
        </w:tc>
        <w:tc>
          <w:tcPr>
            <w:tcW w:w="1667" w:type="pct"/>
            <w:vAlign w:val="center"/>
          </w:tcPr>
          <w:p w14:paraId="1ED673D9" w14:textId="3607ECBC" w:rsidR="00217602" w:rsidRPr="00AD25AB" w:rsidRDefault="00217602" w:rsidP="00217602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Yes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否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No</w:t>
            </w:r>
          </w:p>
        </w:tc>
        <w:tc>
          <w:tcPr>
            <w:tcW w:w="1666" w:type="pct"/>
          </w:tcPr>
          <w:p w14:paraId="2427200E" w14:textId="77777777" w:rsidR="00217602" w:rsidRPr="00AD25AB" w:rsidRDefault="00217602">
            <w:pPr>
              <w:spacing w:after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3E2E03" w:rsidRPr="00AD25AB" w14:paraId="39BD7892" w14:textId="465B3972" w:rsidTr="003E2E03">
        <w:trPr>
          <w:trHeight w:val="935"/>
          <w:jc w:val="center"/>
        </w:trPr>
        <w:tc>
          <w:tcPr>
            <w:tcW w:w="1667" w:type="pct"/>
            <w:vMerge w:val="restart"/>
            <w:vAlign w:val="center"/>
          </w:tcPr>
          <w:p w14:paraId="2D867FED" w14:textId="77777777" w:rsidR="00F620D5" w:rsidRDefault="003E2E03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是否通過資格考試</w:t>
            </w:r>
          </w:p>
          <w:p w14:paraId="23E52AFA" w14:textId="5F21C4C4" w:rsidR="003E2E03" w:rsidRPr="00E473E1" w:rsidRDefault="003E2E03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（以發表抵免資格考試）</w:t>
            </w:r>
          </w:p>
          <w:p w14:paraId="3B8F7D56" w14:textId="0C6DE50F" w:rsidR="003E2E03" w:rsidRPr="00E473E1" w:rsidRDefault="003E2E03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>Passed the Qualifying Examination</w:t>
            </w: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br/>
              <w:t>(or waived based on publication)</w:t>
            </w:r>
          </w:p>
        </w:tc>
        <w:tc>
          <w:tcPr>
            <w:tcW w:w="1667" w:type="pct"/>
            <w:vAlign w:val="center"/>
          </w:tcPr>
          <w:p w14:paraId="0D28210E" w14:textId="00BEE803" w:rsidR="003E2E03" w:rsidRPr="00AD25AB" w:rsidRDefault="003E2E03" w:rsidP="00217602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□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個體經濟學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Microeconomics</w:t>
            </w:r>
          </w:p>
          <w:p w14:paraId="6538F45F" w14:textId="3B14632A" w:rsidR="003E2E03" w:rsidRPr="00AD25AB" w:rsidRDefault="00E473E1" w:rsidP="00217602">
            <w:pPr>
              <w:spacing w:after="0"/>
              <w:ind w:firstLineChars="200" w:firstLine="40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日期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Date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：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3E2E03"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_________________</w:t>
            </w:r>
          </w:p>
          <w:p w14:paraId="62DAD8E0" w14:textId="432FBB41" w:rsidR="003E2E03" w:rsidRPr="00AD25AB" w:rsidRDefault="003E2E03" w:rsidP="00217602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□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總體經濟學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Macroeconomics</w:t>
            </w:r>
          </w:p>
          <w:p w14:paraId="0AC81AEC" w14:textId="106B4C58" w:rsidR="003E2E03" w:rsidRPr="00E473E1" w:rsidRDefault="00E473E1" w:rsidP="00E473E1">
            <w:pPr>
              <w:spacing w:after="0"/>
              <w:ind w:firstLineChars="200" w:firstLine="40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日期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Date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：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_________________</w:t>
            </w:r>
          </w:p>
        </w:tc>
        <w:tc>
          <w:tcPr>
            <w:tcW w:w="1666" w:type="pct"/>
          </w:tcPr>
          <w:p w14:paraId="34B79EDC" w14:textId="77777777" w:rsidR="003E2E03" w:rsidRPr="00AD25AB" w:rsidRDefault="003E2E03">
            <w:pPr>
              <w:spacing w:after="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</w:tr>
      <w:tr w:rsidR="003E2E03" w:rsidRPr="00AD25AB" w14:paraId="3A24F948" w14:textId="03562C9A" w:rsidTr="0027443A">
        <w:trPr>
          <w:trHeight w:val="1260"/>
          <w:jc w:val="center"/>
        </w:trPr>
        <w:tc>
          <w:tcPr>
            <w:tcW w:w="1667" w:type="pct"/>
            <w:vMerge/>
            <w:vAlign w:val="center"/>
          </w:tcPr>
          <w:p w14:paraId="5E907EDC" w14:textId="4E0FB257" w:rsidR="003E2E03" w:rsidRPr="00E473E1" w:rsidRDefault="003E2E03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1667" w:type="pct"/>
            <w:vAlign w:val="center"/>
          </w:tcPr>
          <w:p w14:paraId="31611123" w14:textId="77777777" w:rsidR="003E2E03" w:rsidRDefault="003E2E03" w:rsidP="00217602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____1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篇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會議論文</w:t>
            </w:r>
          </w:p>
          <w:p w14:paraId="1C34BEB2" w14:textId="23348863" w:rsidR="003E2E03" w:rsidRPr="00AD25AB" w:rsidRDefault="003E2E03" w:rsidP="00217602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(</w:t>
            </w:r>
            <w:r w:rsidRPr="003E2E0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a paper presented at a conference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)</w:t>
            </w:r>
          </w:p>
          <w:p w14:paraId="3BDA8359" w14:textId="77777777" w:rsidR="003E2E03" w:rsidRDefault="003E2E03" w:rsidP="00217602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____2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篇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會議論文</w:t>
            </w:r>
          </w:p>
          <w:p w14:paraId="4E095F66" w14:textId="77777777" w:rsidR="00CD792B" w:rsidRDefault="003E2E03" w:rsidP="00217602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two</w:t>
            </w:r>
            <w:r w:rsidRPr="003E2E0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paper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s</w:t>
            </w:r>
            <w:r w:rsidRPr="003E2E0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presented </w:t>
            </w:r>
          </w:p>
          <w:p w14:paraId="685FB162" w14:textId="336BEA54" w:rsidR="003E2E03" w:rsidRPr="00AD25AB" w:rsidRDefault="003E2E03" w:rsidP="00217602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E2E0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at 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two </w:t>
            </w:r>
            <w:r w:rsidRPr="003E2E0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conference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s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) </w:t>
            </w:r>
          </w:p>
        </w:tc>
        <w:tc>
          <w:tcPr>
            <w:tcW w:w="1666" w:type="pct"/>
            <w:vAlign w:val="center"/>
          </w:tcPr>
          <w:p w14:paraId="1BF9B8C9" w14:textId="55B4D22D" w:rsidR="003E2E03" w:rsidRPr="00E473E1" w:rsidRDefault="003E2E03" w:rsidP="0027443A">
            <w:pPr>
              <w:spacing w:after="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會議議程、論文全文</w:t>
            </w:r>
            <w:r w:rsidRPr="00E473E1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br/>
              <w:t>conference agenda and full paper.</w:t>
            </w:r>
          </w:p>
        </w:tc>
      </w:tr>
      <w:tr w:rsidR="003E2E03" w:rsidRPr="00AD25AB" w14:paraId="6BBF7970" w14:textId="77777777" w:rsidTr="003E2E03">
        <w:trPr>
          <w:trHeight w:val="1260"/>
          <w:jc w:val="center"/>
        </w:trPr>
        <w:tc>
          <w:tcPr>
            <w:tcW w:w="1667" w:type="pct"/>
            <w:vMerge/>
            <w:vAlign w:val="center"/>
          </w:tcPr>
          <w:p w14:paraId="29B5AA16" w14:textId="77777777" w:rsidR="003E2E03" w:rsidRPr="00E473E1" w:rsidRDefault="003E2E03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1667" w:type="pct"/>
            <w:vAlign w:val="center"/>
          </w:tcPr>
          <w:p w14:paraId="3AD8B71D" w14:textId="77777777" w:rsidR="003E2E03" w:rsidRDefault="003E2E03" w:rsidP="003E2E03">
            <w:pPr>
              <w:spacing w:after="0"/>
              <w:ind w:firstLineChars="100" w:firstLine="180"/>
              <w:jc w:val="center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3E2E03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____1</w:t>
            </w:r>
            <w:r w:rsidRPr="003E2E03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篇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期刊論文</w:t>
            </w:r>
          </w:p>
          <w:p w14:paraId="24B70CEA" w14:textId="72978BBD" w:rsidR="003E2E03" w:rsidRPr="003E2E03" w:rsidRDefault="003E2E03" w:rsidP="003E2E03">
            <w:pPr>
              <w:spacing w:after="0"/>
              <w:ind w:firstLineChars="100" w:firstLine="180"/>
              <w:jc w:val="center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3E2E03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(a published journal paper)</w:t>
            </w:r>
          </w:p>
          <w:p w14:paraId="6A10EBBD" w14:textId="2630A580" w:rsidR="003E2E03" w:rsidRDefault="003E2E03" w:rsidP="003E2E03">
            <w:pPr>
              <w:spacing w:after="0"/>
              <w:jc w:val="center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3E2E03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____2</w:t>
            </w:r>
            <w:r w:rsidRPr="003E2E03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篇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期刊論文</w:t>
            </w:r>
          </w:p>
          <w:p w14:paraId="394ACB82" w14:textId="1233D8CD" w:rsidR="003E2E03" w:rsidRPr="00AD25AB" w:rsidRDefault="003E2E03" w:rsidP="003E2E03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E2E03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(two published journal papers)</w:t>
            </w:r>
          </w:p>
        </w:tc>
        <w:tc>
          <w:tcPr>
            <w:tcW w:w="1666" w:type="pct"/>
          </w:tcPr>
          <w:p w14:paraId="622DE7E9" w14:textId="77777777" w:rsidR="00F620D5" w:rsidRDefault="003E2E03" w:rsidP="003E2E03">
            <w:pPr>
              <w:pStyle w:val="ae"/>
              <w:numPr>
                <w:ilvl w:val="0"/>
                <w:numId w:val="13"/>
              </w:numPr>
              <w:spacing w:after="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論文刊登資訊：（作者姓名、論文名稱、期刊名稱、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THCI/SSCI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）</w:t>
            </w:r>
          </w:p>
          <w:p w14:paraId="2882A8F9" w14:textId="726685F4" w:rsidR="003E2E03" w:rsidRPr="00AD25AB" w:rsidRDefault="003E2E03" w:rsidP="003E2E03">
            <w:pPr>
              <w:pStyle w:val="ae"/>
              <w:numPr>
                <w:ilvl w:val="0"/>
                <w:numId w:val="13"/>
              </w:numPr>
              <w:spacing w:after="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Publication Information: (Author name(s), paper title, journal name, THCI/SSCI)</w:t>
            </w:r>
          </w:p>
          <w:p w14:paraId="37992DF3" w14:textId="27909DA2" w:rsidR="003E2E03" w:rsidRPr="00AD25AB" w:rsidRDefault="003E2E03" w:rsidP="003E2E03">
            <w:pPr>
              <w:pStyle w:val="ae"/>
              <w:numPr>
                <w:ilvl w:val="0"/>
                <w:numId w:val="13"/>
              </w:numPr>
              <w:spacing w:after="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繳交接受函、論文全文</w:t>
            </w:r>
          </w:p>
          <w:p w14:paraId="056E18F1" w14:textId="0A84A6C9" w:rsidR="003E2E03" w:rsidRPr="00AD25AB" w:rsidRDefault="003E2E03" w:rsidP="003E2E03">
            <w:pPr>
              <w:pStyle w:val="ae"/>
              <w:spacing w:after="0"/>
              <w:ind w:left="48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Submission of the acceptance letter and full paper</w:t>
            </w:r>
          </w:p>
        </w:tc>
      </w:tr>
      <w:tr w:rsidR="00217602" w:rsidRPr="00AD25AB" w14:paraId="5099DF92" w14:textId="77777777" w:rsidTr="00CD792B">
        <w:trPr>
          <w:trHeight w:val="851"/>
          <w:jc w:val="center"/>
        </w:trPr>
        <w:tc>
          <w:tcPr>
            <w:tcW w:w="1667" w:type="pct"/>
            <w:vAlign w:val="center"/>
          </w:tcPr>
          <w:p w14:paraId="2216E0EC" w14:textId="77777777" w:rsidR="00217602" w:rsidRPr="00E473E1" w:rsidRDefault="00217602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論文計畫審查</w:t>
            </w:r>
          </w:p>
          <w:p w14:paraId="3C26DE12" w14:textId="5D75B277" w:rsidR="00F02448" w:rsidRPr="00E473E1" w:rsidRDefault="00F02448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>Dissertation proposal</w:t>
            </w:r>
          </w:p>
        </w:tc>
        <w:tc>
          <w:tcPr>
            <w:tcW w:w="1667" w:type="pct"/>
            <w:vAlign w:val="center"/>
          </w:tcPr>
          <w:p w14:paraId="44BF23B2" w14:textId="77777777" w:rsidR="00F02448" w:rsidRPr="00AD25AB" w:rsidRDefault="00217602" w:rsidP="00F02448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Yes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否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No</w:t>
            </w:r>
          </w:p>
          <w:p w14:paraId="3A223AEC" w14:textId="7DF9B94D" w:rsidR="00217602" w:rsidRPr="00AD25AB" w:rsidRDefault="00217602" w:rsidP="00F02448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日期</w:t>
            </w:r>
            <w:r w:rsidR="00F02448"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Date__________</w:t>
            </w:r>
          </w:p>
        </w:tc>
        <w:tc>
          <w:tcPr>
            <w:tcW w:w="1666" w:type="pct"/>
          </w:tcPr>
          <w:p w14:paraId="4E3B362B" w14:textId="77777777" w:rsidR="00217602" w:rsidRPr="00AD25AB" w:rsidRDefault="00217602">
            <w:pPr>
              <w:spacing w:after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712F0D" w:rsidRPr="00AD25AB" w14:paraId="70B1992F" w14:textId="77777777" w:rsidTr="00CD792B">
        <w:trPr>
          <w:trHeight w:val="851"/>
          <w:jc w:val="center"/>
        </w:trPr>
        <w:tc>
          <w:tcPr>
            <w:tcW w:w="1667" w:type="pct"/>
            <w:vAlign w:val="center"/>
          </w:tcPr>
          <w:p w14:paraId="2DE1E4F6" w14:textId="5CC22A10" w:rsidR="00712F0D" w:rsidRDefault="00712F0D" w:rsidP="00712F0D">
            <w:pPr>
              <w:spacing w:before="20" w:after="0"/>
              <w:jc w:val="center"/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</w:pPr>
            <w:proofErr w:type="spellStart"/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>專題演講</w:t>
            </w:r>
            <w:proofErr w:type="spellEnd"/>
          </w:p>
          <w:p w14:paraId="63CBF3E7" w14:textId="77777777" w:rsidR="00CB2B7F" w:rsidRDefault="00712F0D" w:rsidP="00D93BB9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>Presentation</w:t>
            </w:r>
          </w:p>
          <w:p w14:paraId="43339084" w14:textId="3C8F62BE" w:rsidR="00712F0D" w:rsidRPr="00E473E1" w:rsidRDefault="00712F0D" w:rsidP="00D93BB9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 xml:space="preserve"> </w:t>
            </w: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(Seminars in Special Topics) </w:t>
            </w:r>
          </w:p>
        </w:tc>
        <w:tc>
          <w:tcPr>
            <w:tcW w:w="1667" w:type="pct"/>
            <w:vAlign w:val="center"/>
          </w:tcPr>
          <w:p w14:paraId="2C3BF803" w14:textId="1928850E" w:rsidR="00712F0D" w:rsidRPr="00AD25AB" w:rsidRDefault="00712F0D" w:rsidP="00712F0D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Yes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否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No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br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日期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Date__________</w:t>
            </w:r>
          </w:p>
        </w:tc>
        <w:tc>
          <w:tcPr>
            <w:tcW w:w="1666" w:type="pct"/>
          </w:tcPr>
          <w:p w14:paraId="13A65FB0" w14:textId="77777777" w:rsidR="00712F0D" w:rsidRPr="00AD25AB" w:rsidRDefault="00712F0D" w:rsidP="00712F0D">
            <w:pPr>
              <w:spacing w:after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712F0D" w:rsidRPr="00AD25AB" w14:paraId="481A942E" w14:textId="77777777" w:rsidTr="003E2E03">
        <w:trPr>
          <w:trHeight w:val="935"/>
          <w:jc w:val="center"/>
        </w:trPr>
        <w:tc>
          <w:tcPr>
            <w:tcW w:w="1667" w:type="pct"/>
            <w:vAlign w:val="center"/>
          </w:tcPr>
          <w:p w14:paraId="408CD6C6" w14:textId="2AEC0CB6" w:rsidR="00712F0D" w:rsidRPr="00E473E1" w:rsidRDefault="00402C6C" w:rsidP="00712F0D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博士</w:t>
            </w:r>
            <w:r w:rsidR="00712F0D" w:rsidRPr="00E473E1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論文相似度比對</w:t>
            </w:r>
          </w:p>
          <w:p w14:paraId="49DAACD4" w14:textId="761846FD" w:rsidR="00712F0D" w:rsidRPr="00E473E1" w:rsidRDefault="00712F0D" w:rsidP="00712F0D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20"/>
                <w:szCs w:val="20"/>
              </w:rPr>
              <w:t>Dissertation Similarity Check Completed</w:t>
            </w:r>
          </w:p>
        </w:tc>
        <w:tc>
          <w:tcPr>
            <w:tcW w:w="1667" w:type="pct"/>
            <w:vAlign w:val="center"/>
          </w:tcPr>
          <w:p w14:paraId="65251263" w14:textId="6E3EE128" w:rsidR="00712F0D" w:rsidRPr="00AD25AB" w:rsidRDefault="00712F0D" w:rsidP="00712F0D">
            <w:pPr>
              <w:spacing w:after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是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Yes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sym w:font="Wingdings" w:char="F0A8"/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否</w:t>
            </w:r>
            <w:r w:rsidRPr="00AD25AB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No</w:t>
            </w:r>
          </w:p>
        </w:tc>
        <w:tc>
          <w:tcPr>
            <w:tcW w:w="1666" w:type="pct"/>
          </w:tcPr>
          <w:p w14:paraId="1ACAA36D" w14:textId="77777777" w:rsidR="00712F0D" w:rsidRPr="00E473E1" w:rsidRDefault="00712F0D" w:rsidP="00712F0D">
            <w:pPr>
              <w:pStyle w:val="ae"/>
              <w:numPr>
                <w:ilvl w:val="0"/>
                <w:numId w:val="15"/>
              </w:numPr>
              <w:spacing w:after="0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似度指數比對結果應低於</w:t>
            </w:r>
            <w:r w:rsidRPr="00E473E1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20%</w:t>
            </w:r>
            <w:r w:rsidRPr="00E473E1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。</w:t>
            </w:r>
          </w:p>
          <w:p w14:paraId="5C3F8A53" w14:textId="15DDEB49" w:rsidR="00712F0D" w:rsidRPr="00E473E1" w:rsidRDefault="00712F0D" w:rsidP="00712F0D">
            <w:pPr>
              <w:pStyle w:val="ae"/>
              <w:spacing w:after="0"/>
              <w:ind w:left="480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The similarity index must be below 20%.</w:t>
            </w:r>
          </w:p>
          <w:p w14:paraId="5406D1FD" w14:textId="77777777" w:rsidR="00712F0D" w:rsidRPr="00E473E1" w:rsidRDefault="00712F0D" w:rsidP="00712F0D">
            <w:pPr>
              <w:pStyle w:val="ae"/>
              <w:numPr>
                <w:ilvl w:val="0"/>
                <w:numId w:val="15"/>
              </w:numPr>
              <w:spacing w:after="0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證明</w:t>
            </w:r>
            <w:r w:rsidRPr="00E473E1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紙本</w:t>
            </w:r>
            <w:r w:rsidRPr="00E473E1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。</w:t>
            </w:r>
          </w:p>
          <w:p w14:paraId="5A3F43D8" w14:textId="24B2B639" w:rsidR="00712F0D" w:rsidRPr="00AD25AB" w:rsidRDefault="00712F0D" w:rsidP="00712F0D">
            <w:pPr>
              <w:pStyle w:val="ae"/>
              <w:spacing w:after="0"/>
              <w:ind w:left="48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E473E1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Hard copy of the supporting document (certificate)</w:t>
            </w:r>
          </w:p>
        </w:tc>
      </w:tr>
    </w:tbl>
    <w:p w14:paraId="76DF4594" w14:textId="77777777" w:rsidR="00BE0BF2" w:rsidRPr="00CA7B0B" w:rsidRDefault="00BE0BF2">
      <w:pPr>
        <w:rPr>
          <w:rFonts w:ascii="Times New Roman" w:eastAsia="標楷體" w:hAnsi="Times New Roman" w:cs="Times New Roman"/>
          <w:lang w:eastAsia="zh-TW"/>
        </w:rPr>
      </w:pPr>
    </w:p>
    <w:sectPr w:rsidR="00BE0BF2" w:rsidRPr="00CA7B0B" w:rsidSect="00703053">
      <w:pgSz w:w="12240" w:h="15840"/>
      <w:pgMar w:top="510" w:right="1134" w:bottom="51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8A286" w14:textId="77777777" w:rsidR="00DA779F" w:rsidRDefault="00DA779F" w:rsidP="003F1DDA">
      <w:pPr>
        <w:spacing w:after="0" w:line="240" w:lineRule="auto"/>
      </w:pPr>
      <w:r>
        <w:separator/>
      </w:r>
    </w:p>
  </w:endnote>
  <w:endnote w:type="continuationSeparator" w:id="0">
    <w:p w14:paraId="4FCB13F5" w14:textId="77777777" w:rsidR="00DA779F" w:rsidRDefault="00DA779F" w:rsidP="003F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44D4E" w14:textId="77777777" w:rsidR="00DA779F" w:rsidRDefault="00DA779F" w:rsidP="003F1DDA">
      <w:pPr>
        <w:spacing w:after="0" w:line="240" w:lineRule="auto"/>
      </w:pPr>
      <w:r>
        <w:separator/>
      </w:r>
    </w:p>
  </w:footnote>
  <w:footnote w:type="continuationSeparator" w:id="0">
    <w:p w14:paraId="304E0904" w14:textId="77777777" w:rsidR="00DA779F" w:rsidRDefault="00DA779F" w:rsidP="003F1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675BD4"/>
    <w:multiLevelType w:val="hybridMultilevel"/>
    <w:tmpl w:val="E6C0F1E4"/>
    <w:lvl w:ilvl="0" w:tplc="388CC45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8607562"/>
    <w:multiLevelType w:val="hybridMultilevel"/>
    <w:tmpl w:val="CCBCBE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9531F9D"/>
    <w:multiLevelType w:val="hybridMultilevel"/>
    <w:tmpl w:val="E370E2CC"/>
    <w:lvl w:ilvl="0" w:tplc="816A4AE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33D5DB7"/>
    <w:multiLevelType w:val="hybridMultilevel"/>
    <w:tmpl w:val="EB2A6C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3DE5EF9"/>
    <w:multiLevelType w:val="hybridMultilevel"/>
    <w:tmpl w:val="096831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BDB5AEB"/>
    <w:multiLevelType w:val="hybridMultilevel"/>
    <w:tmpl w:val="096831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13"/>
  </w:num>
  <w:num w:numId="13">
    <w:abstractNumId w:val="14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87F"/>
    <w:rsid w:val="00034616"/>
    <w:rsid w:val="00057C50"/>
    <w:rsid w:val="0006063C"/>
    <w:rsid w:val="000F0721"/>
    <w:rsid w:val="00113A90"/>
    <w:rsid w:val="0015074B"/>
    <w:rsid w:val="00161C0E"/>
    <w:rsid w:val="00217602"/>
    <w:rsid w:val="0027443A"/>
    <w:rsid w:val="0029639D"/>
    <w:rsid w:val="00306855"/>
    <w:rsid w:val="00326F90"/>
    <w:rsid w:val="003E2E03"/>
    <w:rsid w:val="003F1DDA"/>
    <w:rsid w:val="00402C6C"/>
    <w:rsid w:val="0046352E"/>
    <w:rsid w:val="004939CE"/>
    <w:rsid w:val="005B3CB9"/>
    <w:rsid w:val="00634960"/>
    <w:rsid w:val="006D3AC7"/>
    <w:rsid w:val="006E709B"/>
    <w:rsid w:val="00703053"/>
    <w:rsid w:val="00712F0D"/>
    <w:rsid w:val="00816CE5"/>
    <w:rsid w:val="008337A0"/>
    <w:rsid w:val="00877891"/>
    <w:rsid w:val="00942564"/>
    <w:rsid w:val="009742B5"/>
    <w:rsid w:val="009854E9"/>
    <w:rsid w:val="00A5237C"/>
    <w:rsid w:val="00A8466D"/>
    <w:rsid w:val="00AA1D8D"/>
    <w:rsid w:val="00AA30AC"/>
    <w:rsid w:val="00AD25AB"/>
    <w:rsid w:val="00B3192B"/>
    <w:rsid w:val="00B47730"/>
    <w:rsid w:val="00B5279F"/>
    <w:rsid w:val="00BA1EA6"/>
    <w:rsid w:val="00BE0BF2"/>
    <w:rsid w:val="00C668B6"/>
    <w:rsid w:val="00C967C9"/>
    <w:rsid w:val="00CA7B0B"/>
    <w:rsid w:val="00CB0664"/>
    <w:rsid w:val="00CB2089"/>
    <w:rsid w:val="00CB2B7F"/>
    <w:rsid w:val="00CD792B"/>
    <w:rsid w:val="00D358B5"/>
    <w:rsid w:val="00D93BB9"/>
    <w:rsid w:val="00DA779F"/>
    <w:rsid w:val="00E01C95"/>
    <w:rsid w:val="00E30535"/>
    <w:rsid w:val="00E473E1"/>
    <w:rsid w:val="00E76C6A"/>
    <w:rsid w:val="00F02448"/>
    <w:rsid w:val="00F245C2"/>
    <w:rsid w:val="00F620D5"/>
    <w:rsid w:val="00FC693F"/>
    <w:rsid w:val="00FE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D162AB"/>
  <w14:defaultImageDpi w14:val="300"/>
  <w15:docId w15:val="{DF1161EB-3689-4A28-802C-C27ED265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微軟正黑體" w:hAnsi="Calibri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te Heading"/>
    <w:basedOn w:val="a1"/>
    <w:next w:val="a1"/>
    <w:link w:val="affb"/>
    <w:uiPriority w:val="99"/>
    <w:unhideWhenUsed/>
    <w:rsid w:val="00F620D5"/>
    <w:pPr>
      <w:jc w:val="center"/>
    </w:pPr>
    <w:rPr>
      <w:rFonts w:ascii="Times New Roman" w:eastAsia="標楷體" w:hAnsi="Times New Roman" w:cs="Times New Roman"/>
      <w:sz w:val="24"/>
      <w:szCs w:val="24"/>
      <w:lang w:eastAsia="zh-TW"/>
    </w:rPr>
  </w:style>
  <w:style w:type="character" w:customStyle="1" w:styleId="affb">
    <w:name w:val="註釋標題 字元"/>
    <w:basedOn w:val="a2"/>
    <w:link w:val="affa"/>
    <w:uiPriority w:val="99"/>
    <w:rsid w:val="00F620D5"/>
    <w:rPr>
      <w:rFonts w:ascii="Times New Roman" w:eastAsia="標楷體" w:hAnsi="Times New Roman" w:cs="Times New Roman"/>
      <w:sz w:val="24"/>
      <w:szCs w:val="24"/>
      <w:lang w:eastAsia="zh-TW"/>
    </w:rPr>
  </w:style>
  <w:style w:type="paragraph" w:styleId="affc">
    <w:name w:val="Closing"/>
    <w:basedOn w:val="a1"/>
    <w:link w:val="affd"/>
    <w:uiPriority w:val="99"/>
    <w:unhideWhenUsed/>
    <w:rsid w:val="00F620D5"/>
    <w:pPr>
      <w:ind w:leftChars="1800" w:left="100"/>
    </w:pPr>
    <w:rPr>
      <w:rFonts w:ascii="Times New Roman" w:eastAsia="標楷體" w:hAnsi="Times New Roman" w:cs="Times New Roman"/>
      <w:sz w:val="24"/>
      <w:szCs w:val="24"/>
      <w:lang w:eastAsia="zh-TW"/>
    </w:rPr>
  </w:style>
  <w:style w:type="character" w:customStyle="1" w:styleId="affd">
    <w:name w:val="結語 字元"/>
    <w:basedOn w:val="a2"/>
    <w:link w:val="affc"/>
    <w:uiPriority w:val="99"/>
    <w:rsid w:val="00F620D5"/>
    <w:rPr>
      <w:rFonts w:ascii="Times New Roman" w:eastAsia="標楷體" w:hAnsi="Times New Roman" w:cs="Times New Roman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21</cp:revision>
  <cp:lastPrinted>2026-04-20T03:25:00Z</cp:lastPrinted>
  <dcterms:created xsi:type="dcterms:W3CDTF">2026-04-21T06:44:00Z</dcterms:created>
  <dcterms:modified xsi:type="dcterms:W3CDTF">2026-04-21T07:13:00Z</dcterms:modified>
  <cp:category/>
</cp:coreProperties>
</file>