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EF4082" w14:textId="0715B8EF" w:rsidR="00D65511" w:rsidRPr="00E94320" w:rsidRDefault="00B92538">
      <w:pPr>
        <w:spacing w:after="0"/>
        <w:jc w:val="center"/>
        <w:rPr>
          <w:rFonts w:eastAsia="標楷體" w:cs="Times New Roman"/>
          <w:sz w:val="28"/>
          <w:szCs w:val="28"/>
        </w:rPr>
      </w:pPr>
      <w:proofErr w:type="spellStart"/>
      <w:r w:rsidRPr="00E94320">
        <w:rPr>
          <w:rFonts w:eastAsia="標楷體" w:cs="Times New Roman"/>
          <w:b/>
          <w:sz w:val="28"/>
          <w:szCs w:val="28"/>
        </w:rPr>
        <w:t>國立東華大學經濟學系</w:t>
      </w:r>
      <w:r w:rsidR="00E94320" w:rsidRPr="00E94320">
        <w:rPr>
          <w:rFonts w:eastAsia="標楷體" w:cs="Times New Roman"/>
          <w:b/>
          <w:sz w:val="28"/>
          <w:szCs w:val="28"/>
        </w:rPr>
        <w:t>研究生更換指導教授聲明書</w:t>
      </w:r>
      <w:proofErr w:type="spellEnd"/>
    </w:p>
    <w:p w14:paraId="1E2F42BB" w14:textId="6764569A" w:rsidR="00D65511" w:rsidRPr="00E94320" w:rsidRDefault="00B92538" w:rsidP="00E94320">
      <w:pPr>
        <w:spacing w:after="40"/>
        <w:jc w:val="center"/>
        <w:rPr>
          <w:rFonts w:eastAsia="標楷體" w:cs="Times New Roman"/>
          <w:sz w:val="28"/>
          <w:szCs w:val="28"/>
        </w:rPr>
      </w:pPr>
      <w:r w:rsidRPr="00E94320">
        <w:rPr>
          <w:rFonts w:eastAsia="標楷體" w:cs="Times New Roman"/>
          <w:b/>
          <w:sz w:val="28"/>
          <w:szCs w:val="28"/>
        </w:rPr>
        <w:t>Department of Economics, National Dong Hwa University</w:t>
      </w:r>
    </w:p>
    <w:p w14:paraId="161FBB81" w14:textId="77777777" w:rsidR="00D65511" w:rsidRPr="00E94320" w:rsidRDefault="00B92538">
      <w:pPr>
        <w:spacing w:after="160"/>
        <w:jc w:val="center"/>
        <w:rPr>
          <w:rFonts w:eastAsia="標楷體" w:cs="Times New Roman"/>
          <w:sz w:val="28"/>
          <w:szCs w:val="28"/>
        </w:rPr>
      </w:pPr>
      <w:r w:rsidRPr="00E94320">
        <w:rPr>
          <w:rFonts w:eastAsia="標楷體" w:cs="Times New Roman"/>
          <w:b/>
          <w:sz w:val="28"/>
          <w:szCs w:val="28"/>
        </w:rPr>
        <w:t>Graduate Student Declaration for Change of Thesis/Dissertation Advisor</w:t>
      </w:r>
    </w:p>
    <w:tbl>
      <w:tblPr>
        <w:tblStyle w:val="aff2"/>
        <w:tblW w:w="5000" w:type="pct"/>
        <w:jc w:val="center"/>
        <w:tblLook w:val="04A0" w:firstRow="1" w:lastRow="0" w:firstColumn="1" w:lastColumn="0" w:noHBand="0" w:noVBand="1"/>
      </w:tblPr>
      <w:tblGrid>
        <w:gridCol w:w="1907"/>
        <w:gridCol w:w="3179"/>
        <w:gridCol w:w="1907"/>
        <w:gridCol w:w="3179"/>
      </w:tblGrid>
      <w:tr w:rsidR="00D65511" w:rsidRPr="00E94320" w14:paraId="45F8631B" w14:textId="77777777" w:rsidTr="00E94320">
        <w:trPr>
          <w:trHeight w:hRule="exact" w:val="680"/>
          <w:jc w:val="center"/>
        </w:trPr>
        <w:tc>
          <w:tcPr>
            <w:tcW w:w="1907" w:type="dxa"/>
            <w:shd w:val="clear" w:color="auto" w:fill="EDEDED"/>
            <w:tcMar>
              <w:top w:w="80" w:type="dxa"/>
              <w:left w:w="100" w:type="dxa"/>
              <w:bottom w:w="80" w:type="dxa"/>
              <w:right w:w="100" w:type="dxa"/>
            </w:tcMar>
            <w:vAlign w:val="center"/>
          </w:tcPr>
          <w:p w14:paraId="5A6906D9" w14:textId="77777777" w:rsidR="00D65511" w:rsidRPr="00E94320" w:rsidRDefault="00B92538" w:rsidP="00E94320">
            <w:pPr>
              <w:jc w:val="center"/>
              <w:rPr>
                <w:rFonts w:eastAsia="標楷體" w:cs="Times New Roman"/>
              </w:rPr>
            </w:pPr>
            <w:r w:rsidRPr="00E94320">
              <w:rPr>
                <w:rFonts w:eastAsia="標楷體" w:cs="Times New Roman"/>
                <w:b/>
              </w:rPr>
              <w:t>學生姓名</w:t>
            </w:r>
            <w:r w:rsidRPr="00E94320">
              <w:rPr>
                <w:rFonts w:eastAsia="標楷體" w:cs="Times New Roman"/>
                <w:b/>
                <w:sz w:val="19"/>
              </w:rPr>
              <w:br/>
              <w:t>Student Name</w:t>
            </w:r>
          </w:p>
        </w:tc>
        <w:tc>
          <w:tcPr>
            <w:tcW w:w="3179" w:type="dxa"/>
            <w:tcMar>
              <w:top w:w="80" w:type="dxa"/>
              <w:left w:w="100" w:type="dxa"/>
              <w:bottom w:w="80" w:type="dxa"/>
              <w:right w:w="100" w:type="dxa"/>
            </w:tcMar>
            <w:vAlign w:val="center"/>
          </w:tcPr>
          <w:p w14:paraId="0A389B83" w14:textId="77777777" w:rsidR="00D65511" w:rsidRPr="00E94320" w:rsidRDefault="00D65511">
            <w:pPr>
              <w:rPr>
                <w:rFonts w:eastAsia="標楷體" w:cs="Times New Roman"/>
              </w:rPr>
            </w:pPr>
          </w:p>
        </w:tc>
        <w:tc>
          <w:tcPr>
            <w:tcW w:w="1907" w:type="dxa"/>
            <w:shd w:val="clear" w:color="auto" w:fill="EDEDED"/>
            <w:tcMar>
              <w:top w:w="80" w:type="dxa"/>
              <w:left w:w="100" w:type="dxa"/>
              <w:bottom w:w="80" w:type="dxa"/>
              <w:right w:w="100" w:type="dxa"/>
            </w:tcMar>
            <w:vAlign w:val="center"/>
          </w:tcPr>
          <w:p w14:paraId="38B29A8D" w14:textId="77777777" w:rsidR="00D65511" w:rsidRPr="00E94320" w:rsidRDefault="00B92538" w:rsidP="00E94320">
            <w:pPr>
              <w:jc w:val="center"/>
              <w:rPr>
                <w:rFonts w:eastAsia="標楷體" w:cs="Times New Roman"/>
              </w:rPr>
            </w:pPr>
            <w:r w:rsidRPr="00E94320">
              <w:rPr>
                <w:rFonts w:eastAsia="標楷體" w:cs="Times New Roman"/>
                <w:b/>
              </w:rPr>
              <w:t>學號</w:t>
            </w:r>
            <w:r w:rsidRPr="00E94320">
              <w:rPr>
                <w:rFonts w:eastAsia="標楷體" w:cs="Times New Roman"/>
                <w:b/>
                <w:sz w:val="19"/>
              </w:rPr>
              <w:br/>
              <w:t>Student ID</w:t>
            </w:r>
          </w:p>
        </w:tc>
        <w:tc>
          <w:tcPr>
            <w:tcW w:w="3179" w:type="dxa"/>
            <w:tcMar>
              <w:top w:w="80" w:type="dxa"/>
              <w:left w:w="100" w:type="dxa"/>
              <w:bottom w:w="80" w:type="dxa"/>
              <w:right w:w="100" w:type="dxa"/>
            </w:tcMar>
            <w:vAlign w:val="center"/>
          </w:tcPr>
          <w:p w14:paraId="36DFE246" w14:textId="77777777" w:rsidR="00D65511" w:rsidRPr="00E94320" w:rsidRDefault="00D65511">
            <w:pPr>
              <w:rPr>
                <w:rFonts w:eastAsia="標楷體" w:cs="Times New Roman"/>
              </w:rPr>
            </w:pPr>
          </w:p>
        </w:tc>
      </w:tr>
      <w:tr w:rsidR="00E94320" w:rsidRPr="00E94320" w14:paraId="25F218B8" w14:textId="77777777" w:rsidTr="00E94320">
        <w:trPr>
          <w:trHeight w:hRule="exact" w:val="680"/>
          <w:jc w:val="center"/>
        </w:trPr>
        <w:tc>
          <w:tcPr>
            <w:tcW w:w="1907" w:type="dxa"/>
            <w:shd w:val="clear" w:color="auto" w:fill="EDEDED"/>
            <w:tcMar>
              <w:top w:w="80" w:type="dxa"/>
              <w:left w:w="100" w:type="dxa"/>
              <w:bottom w:w="80" w:type="dxa"/>
              <w:right w:w="100" w:type="dxa"/>
            </w:tcMar>
            <w:vAlign w:val="center"/>
          </w:tcPr>
          <w:p w14:paraId="64FEEE2E" w14:textId="04AC9E77" w:rsidR="00E94320" w:rsidRPr="00E94320" w:rsidRDefault="00E94320" w:rsidP="00E94320">
            <w:pPr>
              <w:jc w:val="center"/>
              <w:rPr>
                <w:rFonts w:eastAsia="標楷體" w:cs="Times New Roman"/>
              </w:rPr>
            </w:pPr>
            <w:proofErr w:type="spellStart"/>
            <w:r w:rsidRPr="00E94320">
              <w:rPr>
                <w:rFonts w:eastAsia="標楷體" w:cs="Times New Roman"/>
                <w:b/>
              </w:rPr>
              <w:t>學制</w:t>
            </w:r>
            <w:proofErr w:type="spellEnd"/>
            <w:r w:rsidRPr="00E94320">
              <w:rPr>
                <w:rFonts w:eastAsia="標楷體" w:cs="Times New Roman"/>
                <w:b/>
                <w:sz w:val="19"/>
              </w:rPr>
              <w:br/>
              <w:t>Program</w:t>
            </w:r>
          </w:p>
        </w:tc>
        <w:tc>
          <w:tcPr>
            <w:tcW w:w="3179" w:type="dxa"/>
            <w:tcMar>
              <w:top w:w="80" w:type="dxa"/>
              <w:left w:w="100" w:type="dxa"/>
              <w:bottom w:w="80" w:type="dxa"/>
              <w:right w:w="100" w:type="dxa"/>
            </w:tcMar>
            <w:vAlign w:val="center"/>
          </w:tcPr>
          <w:p w14:paraId="6D47DF1E" w14:textId="77777777" w:rsidR="00E94320" w:rsidRDefault="00E94320" w:rsidP="00E94320">
            <w:pPr>
              <w:rPr>
                <w:rFonts w:eastAsia="標楷體" w:cs="Times New Roman"/>
              </w:rPr>
            </w:pPr>
            <w:r w:rsidRPr="00E94320">
              <w:rPr>
                <w:rFonts w:eastAsia="標楷體" w:cs="Times New Roman"/>
              </w:rPr>
              <w:t xml:space="preserve">□ </w:t>
            </w:r>
            <w:proofErr w:type="spellStart"/>
            <w:r w:rsidRPr="00E94320">
              <w:rPr>
                <w:rFonts w:eastAsia="標楷體" w:cs="Times New Roman"/>
              </w:rPr>
              <w:t>博士班</w:t>
            </w:r>
            <w:proofErr w:type="spellEnd"/>
            <w:r w:rsidRPr="00E94320">
              <w:rPr>
                <w:rFonts w:eastAsia="標楷體" w:cs="Times New Roman"/>
              </w:rPr>
              <w:t xml:space="preserve"> Ph.D. Program</w:t>
            </w:r>
            <w:r w:rsidRPr="00E94320">
              <w:rPr>
                <w:rFonts w:eastAsia="標楷體" w:cs="Times New Roman"/>
              </w:rPr>
              <w:t xml:space="preserve">　</w:t>
            </w:r>
          </w:p>
          <w:p w14:paraId="23043FB7" w14:textId="79478253" w:rsidR="00E94320" w:rsidRPr="00E94320" w:rsidRDefault="00E94320" w:rsidP="00E94320">
            <w:pPr>
              <w:rPr>
                <w:rFonts w:eastAsia="標楷體" w:cs="Times New Roman"/>
              </w:rPr>
            </w:pPr>
            <w:r w:rsidRPr="00E94320">
              <w:rPr>
                <w:rFonts w:eastAsia="標楷體" w:cs="Times New Roman"/>
              </w:rPr>
              <w:t xml:space="preserve">□ </w:t>
            </w:r>
            <w:proofErr w:type="spellStart"/>
            <w:r w:rsidRPr="00E94320">
              <w:rPr>
                <w:rFonts w:eastAsia="標楷體" w:cs="Times New Roman"/>
              </w:rPr>
              <w:t>碩士班</w:t>
            </w:r>
            <w:proofErr w:type="spellEnd"/>
            <w:r w:rsidRPr="00E94320">
              <w:rPr>
                <w:rFonts w:eastAsia="標楷體" w:cs="Times New Roman"/>
              </w:rPr>
              <w:t xml:space="preserve"> Master’s Program</w:t>
            </w:r>
          </w:p>
        </w:tc>
        <w:tc>
          <w:tcPr>
            <w:tcW w:w="1907" w:type="dxa"/>
            <w:shd w:val="clear" w:color="auto" w:fill="EDEDED"/>
            <w:tcMar>
              <w:top w:w="80" w:type="dxa"/>
              <w:left w:w="100" w:type="dxa"/>
              <w:bottom w:w="80" w:type="dxa"/>
              <w:right w:w="100" w:type="dxa"/>
            </w:tcMar>
            <w:vAlign w:val="center"/>
          </w:tcPr>
          <w:p w14:paraId="750D239F" w14:textId="67394A15" w:rsidR="00E94320" w:rsidRPr="00E94320" w:rsidRDefault="00E94320" w:rsidP="00E94320">
            <w:pPr>
              <w:jc w:val="center"/>
              <w:rPr>
                <w:rFonts w:eastAsia="標楷體" w:cs="Times New Roman"/>
              </w:rPr>
            </w:pPr>
            <w:proofErr w:type="spellStart"/>
            <w:r w:rsidRPr="00E94320">
              <w:rPr>
                <w:rFonts w:eastAsia="標楷體" w:cs="Times New Roman"/>
                <w:b/>
              </w:rPr>
              <w:t>年級</w:t>
            </w:r>
            <w:proofErr w:type="spellEnd"/>
            <w:r w:rsidRPr="00E94320">
              <w:rPr>
                <w:rFonts w:eastAsia="標楷體" w:cs="Times New Roman"/>
                <w:b/>
                <w:sz w:val="19"/>
              </w:rPr>
              <w:br/>
              <w:t>Year</w:t>
            </w:r>
          </w:p>
        </w:tc>
        <w:tc>
          <w:tcPr>
            <w:tcW w:w="3179" w:type="dxa"/>
            <w:tcMar>
              <w:top w:w="80" w:type="dxa"/>
              <w:left w:w="100" w:type="dxa"/>
              <w:bottom w:w="80" w:type="dxa"/>
              <w:right w:w="100" w:type="dxa"/>
            </w:tcMar>
            <w:vAlign w:val="center"/>
          </w:tcPr>
          <w:p w14:paraId="141C8A4B" w14:textId="77777777" w:rsidR="00E94320" w:rsidRPr="00E94320" w:rsidRDefault="00E94320" w:rsidP="00E94320">
            <w:pPr>
              <w:rPr>
                <w:rFonts w:eastAsia="標楷體" w:cs="Times New Roman"/>
              </w:rPr>
            </w:pPr>
          </w:p>
        </w:tc>
      </w:tr>
      <w:tr w:rsidR="00E94320" w:rsidRPr="00E94320" w14:paraId="16EA0ECB" w14:textId="77777777" w:rsidTr="00E94320">
        <w:trPr>
          <w:trHeight w:hRule="exact" w:val="680"/>
          <w:jc w:val="center"/>
        </w:trPr>
        <w:tc>
          <w:tcPr>
            <w:tcW w:w="1907" w:type="dxa"/>
            <w:shd w:val="clear" w:color="auto" w:fill="EDEDED"/>
            <w:tcMar>
              <w:top w:w="80" w:type="dxa"/>
              <w:left w:w="100" w:type="dxa"/>
              <w:bottom w:w="80" w:type="dxa"/>
              <w:right w:w="100" w:type="dxa"/>
            </w:tcMar>
            <w:vAlign w:val="center"/>
          </w:tcPr>
          <w:p w14:paraId="53AB0A88" w14:textId="7CD88132" w:rsidR="00E94320" w:rsidRPr="00E94320" w:rsidRDefault="00E94320" w:rsidP="00E94320">
            <w:pPr>
              <w:jc w:val="center"/>
              <w:rPr>
                <w:rFonts w:eastAsia="標楷體" w:cs="Times New Roman"/>
              </w:rPr>
            </w:pPr>
            <w:proofErr w:type="spellStart"/>
            <w:r w:rsidRPr="00E94320">
              <w:rPr>
                <w:rFonts w:eastAsia="標楷體" w:cs="Times New Roman"/>
                <w:b/>
              </w:rPr>
              <w:t>原指導教授</w:t>
            </w:r>
            <w:proofErr w:type="spellEnd"/>
            <w:r w:rsidRPr="00E94320">
              <w:rPr>
                <w:rFonts w:eastAsia="標楷體" w:cs="Times New Roman"/>
                <w:b/>
                <w:sz w:val="19"/>
              </w:rPr>
              <w:br/>
              <w:t>Current Advisor</w:t>
            </w:r>
          </w:p>
        </w:tc>
        <w:tc>
          <w:tcPr>
            <w:tcW w:w="3179" w:type="dxa"/>
            <w:tcMar>
              <w:top w:w="80" w:type="dxa"/>
              <w:left w:w="100" w:type="dxa"/>
              <w:bottom w:w="80" w:type="dxa"/>
              <w:right w:w="100" w:type="dxa"/>
            </w:tcMar>
            <w:vAlign w:val="center"/>
          </w:tcPr>
          <w:p w14:paraId="63BFEC61" w14:textId="7F68C16B" w:rsidR="00E94320" w:rsidRPr="00E94320" w:rsidRDefault="00E94320" w:rsidP="00E94320">
            <w:pPr>
              <w:rPr>
                <w:rFonts w:eastAsia="標楷體" w:cs="Times New Roman"/>
              </w:rPr>
            </w:pPr>
          </w:p>
        </w:tc>
        <w:tc>
          <w:tcPr>
            <w:tcW w:w="1907" w:type="dxa"/>
            <w:shd w:val="clear" w:color="auto" w:fill="EDEDED"/>
            <w:tcMar>
              <w:top w:w="80" w:type="dxa"/>
              <w:left w:w="100" w:type="dxa"/>
              <w:bottom w:w="80" w:type="dxa"/>
              <w:right w:w="100" w:type="dxa"/>
            </w:tcMar>
            <w:vAlign w:val="center"/>
          </w:tcPr>
          <w:p w14:paraId="54DC316F" w14:textId="1BDBEFB5" w:rsidR="00E94320" w:rsidRPr="00E94320" w:rsidRDefault="00E94320" w:rsidP="00E94320">
            <w:pPr>
              <w:jc w:val="center"/>
              <w:rPr>
                <w:rFonts w:eastAsia="標楷體" w:cs="Times New Roman"/>
              </w:rPr>
            </w:pPr>
            <w:proofErr w:type="spellStart"/>
            <w:r w:rsidRPr="00E94320">
              <w:rPr>
                <w:rFonts w:eastAsia="標楷體" w:cs="Times New Roman"/>
                <w:b/>
              </w:rPr>
              <w:t>新指導教授</w:t>
            </w:r>
            <w:proofErr w:type="spellEnd"/>
            <w:r w:rsidRPr="00E94320">
              <w:rPr>
                <w:rFonts w:eastAsia="標楷體" w:cs="Times New Roman"/>
                <w:b/>
                <w:sz w:val="19"/>
              </w:rPr>
              <w:br/>
              <w:t>New Advisor</w:t>
            </w:r>
          </w:p>
        </w:tc>
        <w:tc>
          <w:tcPr>
            <w:tcW w:w="3179" w:type="dxa"/>
            <w:tcMar>
              <w:top w:w="80" w:type="dxa"/>
              <w:left w:w="100" w:type="dxa"/>
              <w:bottom w:w="80" w:type="dxa"/>
              <w:right w:w="100" w:type="dxa"/>
            </w:tcMar>
            <w:vAlign w:val="center"/>
          </w:tcPr>
          <w:p w14:paraId="1E615441" w14:textId="77777777" w:rsidR="00E94320" w:rsidRPr="00E94320" w:rsidRDefault="00E94320" w:rsidP="00E94320">
            <w:pPr>
              <w:rPr>
                <w:rFonts w:eastAsia="標楷體" w:cs="Times New Roman"/>
              </w:rPr>
            </w:pPr>
          </w:p>
        </w:tc>
      </w:tr>
    </w:tbl>
    <w:p w14:paraId="2C4638AC" w14:textId="77777777" w:rsidR="00D65511" w:rsidRDefault="00D65511">
      <w:pPr>
        <w:spacing w:after="20"/>
      </w:pPr>
    </w:p>
    <w:tbl>
      <w:tblPr>
        <w:tblStyle w:val="aff2"/>
        <w:tblW w:w="0" w:type="auto"/>
        <w:jc w:val="center"/>
        <w:tblLook w:val="04A0" w:firstRow="1" w:lastRow="0" w:firstColumn="1" w:lastColumn="0" w:noHBand="0" w:noVBand="1"/>
      </w:tblPr>
      <w:tblGrid>
        <w:gridCol w:w="9972"/>
      </w:tblGrid>
      <w:tr w:rsidR="00D65511" w:rsidRPr="00E94320" w14:paraId="51966435" w14:textId="77777777">
        <w:trPr>
          <w:jc w:val="center"/>
        </w:trPr>
        <w:tc>
          <w:tcPr>
            <w:tcW w:w="9972" w:type="dxa"/>
            <w:tcMar>
              <w:top w:w="140" w:type="dxa"/>
              <w:left w:w="140" w:type="dxa"/>
              <w:bottom w:w="140" w:type="dxa"/>
              <w:right w:w="140" w:type="dxa"/>
            </w:tcMar>
            <w:vAlign w:val="center"/>
          </w:tcPr>
          <w:p w14:paraId="1CF8D76F" w14:textId="77777777" w:rsidR="00D65511" w:rsidRPr="00E94320" w:rsidRDefault="00B92538">
            <w:pPr>
              <w:spacing w:after="80" w:line="269" w:lineRule="auto"/>
              <w:rPr>
                <w:rFonts w:eastAsia="標楷體" w:cs="Times New Roman"/>
                <w:sz w:val="24"/>
                <w:szCs w:val="24"/>
                <w:lang w:eastAsia="zh-TW"/>
              </w:rPr>
            </w:pPr>
            <w:r w:rsidRPr="00E94320">
              <w:rPr>
                <w:rFonts w:eastAsia="標楷體" w:cs="Times New Roman"/>
                <w:b/>
                <w:sz w:val="24"/>
                <w:szCs w:val="24"/>
                <w:lang w:eastAsia="zh-TW"/>
              </w:rPr>
              <w:t>聲明內容</w:t>
            </w:r>
            <w:r w:rsidRPr="00E94320">
              <w:rPr>
                <w:rFonts w:eastAsia="標楷體" w:cs="Times New Roman"/>
                <w:b/>
                <w:sz w:val="24"/>
                <w:szCs w:val="24"/>
                <w:lang w:eastAsia="zh-TW"/>
              </w:rPr>
              <w:t xml:space="preserve"> Declaration</w:t>
            </w:r>
          </w:p>
          <w:p w14:paraId="116D729A" w14:textId="77777777" w:rsidR="00D65511" w:rsidRPr="00E94320" w:rsidRDefault="00B92538">
            <w:pPr>
              <w:spacing w:after="80" w:line="276" w:lineRule="auto"/>
              <w:rPr>
                <w:rFonts w:eastAsia="標楷體" w:cs="Times New Roman"/>
                <w:sz w:val="24"/>
                <w:szCs w:val="24"/>
                <w:lang w:eastAsia="zh-TW"/>
              </w:rPr>
            </w:pPr>
            <w:r w:rsidRPr="00E94320">
              <w:rPr>
                <w:rFonts w:eastAsia="標楷體" w:cs="Times New Roman"/>
                <w:sz w:val="24"/>
                <w:szCs w:val="24"/>
                <w:lang w:eastAsia="zh-TW"/>
              </w:rPr>
              <w:t>依本系論文指導教授與研究生互動準則，本人因故更換指導教授。在未取得原指導教授書面同意之情況下，本人不得將原指導教授指導之研究計畫或研究成果，作為與新指導教授之共同研究成果或學位論文之任何部分。特此聲明。</w:t>
            </w:r>
          </w:p>
          <w:p w14:paraId="2ED2370B" w14:textId="77777777" w:rsidR="00D65511" w:rsidRPr="00E94320" w:rsidRDefault="00B92538">
            <w:pPr>
              <w:spacing w:line="276" w:lineRule="auto"/>
              <w:rPr>
                <w:rFonts w:eastAsia="標楷體" w:cs="Times New Roman"/>
                <w:sz w:val="24"/>
                <w:szCs w:val="24"/>
              </w:rPr>
            </w:pPr>
            <w:r w:rsidRPr="00E94320">
              <w:rPr>
                <w:rFonts w:eastAsia="標楷體" w:cs="Times New Roman"/>
                <w:sz w:val="24"/>
                <w:szCs w:val="24"/>
                <w:lang w:eastAsia="zh-TW"/>
              </w:rPr>
              <w:t>In accordance with the Department's Guidelines for Interaction between Thesis/Dissertation Advisors and Graduate Students, I am changing my advisor for pe</w:t>
            </w:r>
            <w:r w:rsidRPr="00E94320">
              <w:rPr>
                <w:rFonts w:eastAsia="標楷體" w:cs="Times New Roman"/>
                <w:sz w:val="24"/>
                <w:szCs w:val="24"/>
                <w:lang w:eastAsia="zh-TW"/>
              </w:rPr>
              <w:t xml:space="preserve">rsonal reasons. </w:t>
            </w:r>
            <w:r w:rsidRPr="00E94320">
              <w:rPr>
                <w:rFonts w:eastAsia="標楷體" w:cs="Times New Roman"/>
                <w:sz w:val="24"/>
                <w:szCs w:val="24"/>
              </w:rPr>
              <w:t>Unless written consent is obtained from my current advisor, I shall not use any research project or research results conducted under the supervision of my current advisor as any part of joint research with my new advisor or of my degree the</w:t>
            </w:r>
            <w:r w:rsidRPr="00E94320">
              <w:rPr>
                <w:rFonts w:eastAsia="標楷體" w:cs="Times New Roman"/>
                <w:sz w:val="24"/>
                <w:szCs w:val="24"/>
              </w:rPr>
              <w:t>sis/dissertation. I hereby make this declaration.</w:t>
            </w:r>
          </w:p>
        </w:tc>
      </w:tr>
    </w:tbl>
    <w:p w14:paraId="118F1C79" w14:textId="77777777" w:rsidR="00D65511" w:rsidRDefault="00D65511">
      <w:pPr>
        <w:spacing w:after="20"/>
      </w:pPr>
    </w:p>
    <w:tbl>
      <w:tblPr>
        <w:tblStyle w:val="aff2"/>
        <w:tblW w:w="0" w:type="auto"/>
        <w:jc w:val="center"/>
        <w:tblLook w:val="04A0" w:firstRow="1" w:lastRow="0" w:firstColumn="1" w:lastColumn="0" w:noHBand="0" w:noVBand="1"/>
      </w:tblPr>
      <w:tblGrid>
        <w:gridCol w:w="3544"/>
        <w:gridCol w:w="6428"/>
      </w:tblGrid>
      <w:tr w:rsidR="00D65511" w:rsidRPr="00E94320" w14:paraId="4B9C9FF9" w14:textId="77777777" w:rsidTr="00E94320">
        <w:trPr>
          <w:trHeight w:hRule="exact" w:val="851"/>
          <w:jc w:val="center"/>
        </w:trPr>
        <w:tc>
          <w:tcPr>
            <w:tcW w:w="3544" w:type="dxa"/>
            <w:shd w:val="clear" w:color="auto" w:fill="EDEDED"/>
            <w:tcMar>
              <w:top w:w="100" w:type="dxa"/>
              <w:left w:w="120" w:type="dxa"/>
              <w:bottom w:w="100" w:type="dxa"/>
              <w:right w:w="120" w:type="dxa"/>
            </w:tcMar>
            <w:vAlign w:val="center"/>
          </w:tcPr>
          <w:p w14:paraId="3A4411EB" w14:textId="07C529EA" w:rsidR="00D65511" w:rsidRPr="00E94320" w:rsidRDefault="00E94320" w:rsidP="00E94320">
            <w:pPr>
              <w:jc w:val="center"/>
              <w:rPr>
                <w:rFonts w:eastAsia="標楷體" w:cs="Times New Roman"/>
              </w:rPr>
            </w:pPr>
            <w:proofErr w:type="spellStart"/>
            <w:r w:rsidRPr="00E94320">
              <w:rPr>
                <w:rFonts w:eastAsia="標楷體" w:cs="Times New Roman"/>
                <w:b/>
              </w:rPr>
              <w:t>原指導教授</w:t>
            </w:r>
            <w:proofErr w:type="spellEnd"/>
            <w:r w:rsidRPr="00E94320">
              <w:rPr>
                <w:rFonts w:eastAsia="標楷體" w:cs="Times New Roman"/>
                <w:b/>
                <w:sz w:val="19"/>
              </w:rPr>
              <w:br/>
              <w:t>Current Advisor</w:t>
            </w:r>
          </w:p>
        </w:tc>
        <w:tc>
          <w:tcPr>
            <w:tcW w:w="6428" w:type="dxa"/>
            <w:tcMar>
              <w:top w:w="100" w:type="dxa"/>
              <w:left w:w="120" w:type="dxa"/>
              <w:bottom w:w="100" w:type="dxa"/>
              <w:right w:w="120" w:type="dxa"/>
            </w:tcMar>
            <w:vAlign w:val="center"/>
          </w:tcPr>
          <w:p w14:paraId="6070348B" w14:textId="503932C2" w:rsidR="00D65511" w:rsidRPr="00E94320" w:rsidRDefault="00E94320">
            <w:pPr>
              <w:rPr>
                <w:rFonts w:eastAsia="標楷體" w:cs="Times New Roman"/>
              </w:rPr>
            </w:pPr>
            <w:r w:rsidRPr="00E94320">
              <w:rPr>
                <w:rFonts w:eastAsia="標楷體" w:cs="Times New Roman"/>
              </w:rPr>
              <w:t>____________________________</w:t>
            </w:r>
            <w:r w:rsidRPr="00E94320">
              <w:rPr>
                <w:rFonts w:eastAsia="標楷體" w:cs="Times New Roman"/>
              </w:rPr>
              <w:t>（</w:t>
            </w:r>
            <w:proofErr w:type="spellStart"/>
            <w:r w:rsidRPr="00E94320">
              <w:rPr>
                <w:rFonts w:eastAsia="標楷體" w:cs="Times New Roman"/>
              </w:rPr>
              <w:t>簽名</w:t>
            </w:r>
            <w:proofErr w:type="spellEnd"/>
            <w:r w:rsidRPr="00E94320">
              <w:rPr>
                <w:rFonts w:eastAsia="標楷體" w:cs="Times New Roman"/>
              </w:rPr>
              <w:t xml:space="preserve"> Signature</w:t>
            </w:r>
            <w:r w:rsidRPr="00E94320">
              <w:rPr>
                <w:rFonts w:eastAsia="標楷體" w:cs="Times New Roman"/>
              </w:rPr>
              <w:t>）</w:t>
            </w:r>
          </w:p>
        </w:tc>
      </w:tr>
      <w:tr w:rsidR="00E94320" w:rsidRPr="00E94320" w14:paraId="0C45BA08" w14:textId="77777777" w:rsidTr="00E94320">
        <w:trPr>
          <w:trHeight w:hRule="exact" w:val="851"/>
          <w:jc w:val="center"/>
        </w:trPr>
        <w:tc>
          <w:tcPr>
            <w:tcW w:w="3544" w:type="dxa"/>
            <w:shd w:val="clear" w:color="auto" w:fill="EDEDED"/>
            <w:tcMar>
              <w:top w:w="100" w:type="dxa"/>
              <w:left w:w="120" w:type="dxa"/>
              <w:bottom w:w="100" w:type="dxa"/>
              <w:right w:w="120" w:type="dxa"/>
            </w:tcMar>
            <w:vAlign w:val="center"/>
          </w:tcPr>
          <w:p w14:paraId="7A949C3C" w14:textId="5A803D9A" w:rsidR="00E94320" w:rsidRPr="00E94320" w:rsidRDefault="00E94320" w:rsidP="00E94320">
            <w:pPr>
              <w:jc w:val="center"/>
              <w:rPr>
                <w:rFonts w:eastAsia="標楷體" w:cs="Times New Roman"/>
                <w:b/>
              </w:rPr>
            </w:pPr>
            <w:proofErr w:type="spellStart"/>
            <w:r w:rsidRPr="00E94320">
              <w:rPr>
                <w:rFonts w:eastAsia="標楷體" w:cs="Times New Roman"/>
                <w:b/>
              </w:rPr>
              <w:t>新指導教授</w:t>
            </w:r>
            <w:proofErr w:type="spellEnd"/>
            <w:r w:rsidRPr="00E94320">
              <w:rPr>
                <w:rFonts w:eastAsia="標楷體" w:cs="Times New Roman"/>
                <w:b/>
                <w:sz w:val="19"/>
              </w:rPr>
              <w:br/>
              <w:t>New Advisor</w:t>
            </w:r>
          </w:p>
        </w:tc>
        <w:tc>
          <w:tcPr>
            <w:tcW w:w="6428" w:type="dxa"/>
            <w:tcMar>
              <w:top w:w="100" w:type="dxa"/>
              <w:left w:w="120" w:type="dxa"/>
              <w:bottom w:w="100" w:type="dxa"/>
              <w:right w:w="120" w:type="dxa"/>
            </w:tcMar>
            <w:vAlign w:val="center"/>
          </w:tcPr>
          <w:p w14:paraId="323A93D2" w14:textId="3D5D09CE" w:rsidR="00E94320" w:rsidRPr="00E94320" w:rsidRDefault="00E94320">
            <w:pPr>
              <w:rPr>
                <w:rFonts w:eastAsia="標楷體" w:cs="Times New Roman"/>
              </w:rPr>
            </w:pPr>
            <w:r w:rsidRPr="00E94320">
              <w:rPr>
                <w:rFonts w:eastAsia="標楷體" w:cs="Times New Roman"/>
              </w:rPr>
              <w:t>____________________________</w:t>
            </w:r>
            <w:r w:rsidRPr="00E94320">
              <w:rPr>
                <w:rFonts w:eastAsia="標楷體" w:cs="Times New Roman"/>
              </w:rPr>
              <w:t>（</w:t>
            </w:r>
            <w:proofErr w:type="spellStart"/>
            <w:r w:rsidRPr="00E94320">
              <w:rPr>
                <w:rFonts w:eastAsia="標楷體" w:cs="Times New Roman"/>
              </w:rPr>
              <w:t>簽名</w:t>
            </w:r>
            <w:proofErr w:type="spellEnd"/>
            <w:r w:rsidRPr="00E94320">
              <w:rPr>
                <w:rFonts w:eastAsia="標楷體" w:cs="Times New Roman"/>
              </w:rPr>
              <w:t xml:space="preserve"> Signature</w:t>
            </w:r>
            <w:r w:rsidRPr="00E94320">
              <w:rPr>
                <w:rFonts w:eastAsia="標楷體" w:cs="Times New Roman"/>
              </w:rPr>
              <w:t>）</w:t>
            </w:r>
          </w:p>
        </w:tc>
      </w:tr>
      <w:tr w:rsidR="00D65511" w:rsidRPr="00E94320" w14:paraId="1FB24C30" w14:textId="77777777" w:rsidTr="00E94320">
        <w:trPr>
          <w:trHeight w:hRule="exact" w:val="851"/>
          <w:jc w:val="center"/>
        </w:trPr>
        <w:tc>
          <w:tcPr>
            <w:tcW w:w="3544" w:type="dxa"/>
            <w:shd w:val="clear" w:color="auto" w:fill="EDEDED"/>
            <w:tcMar>
              <w:top w:w="100" w:type="dxa"/>
              <w:left w:w="120" w:type="dxa"/>
              <w:bottom w:w="100" w:type="dxa"/>
              <w:right w:w="120" w:type="dxa"/>
            </w:tcMar>
            <w:vAlign w:val="center"/>
          </w:tcPr>
          <w:p w14:paraId="52B1E760" w14:textId="77777777" w:rsidR="00D65511" w:rsidRPr="00E94320" w:rsidRDefault="00B92538" w:rsidP="00E94320">
            <w:pPr>
              <w:jc w:val="center"/>
              <w:rPr>
                <w:rFonts w:eastAsia="標楷體" w:cs="Times New Roman"/>
              </w:rPr>
            </w:pPr>
            <w:proofErr w:type="spellStart"/>
            <w:r w:rsidRPr="00E94320">
              <w:rPr>
                <w:rFonts w:eastAsia="標楷體" w:cs="Times New Roman"/>
                <w:b/>
              </w:rPr>
              <w:t>立書人</w:t>
            </w:r>
            <w:proofErr w:type="spellEnd"/>
            <w:r w:rsidRPr="00E94320">
              <w:rPr>
                <w:rFonts w:eastAsia="標楷體" w:cs="Times New Roman"/>
                <w:b/>
                <w:sz w:val="19"/>
              </w:rPr>
              <w:br/>
              <w:t>Declarant</w:t>
            </w:r>
          </w:p>
        </w:tc>
        <w:tc>
          <w:tcPr>
            <w:tcW w:w="6428" w:type="dxa"/>
            <w:tcMar>
              <w:top w:w="100" w:type="dxa"/>
              <w:left w:w="120" w:type="dxa"/>
              <w:bottom w:w="100" w:type="dxa"/>
              <w:right w:w="120" w:type="dxa"/>
            </w:tcMar>
            <w:vAlign w:val="center"/>
          </w:tcPr>
          <w:p w14:paraId="0E063880" w14:textId="77777777" w:rsidR="00D65511" w:rsidRPr="00E94320" w:rsidRDefault="00B92538">
            <w:pPr>
              <w:rPr>
                <w:rFonts w:eastAsia="標楷體" w:cs="Times New Roman"/>
              </w:rPr>
            </w:pPr>
            <w:r w:rsidRPr="00E94320">
              <w:rPr>
                <w:rFonts w:eastAsia="標楷體" w:cs="Times New Roman"/>
              </w:rPr>
              <w:t>____________________________</w:t>
            </w:r>
            <w:r w:rsidRPr="00E94320">
              <w:rPr>
                <w:rFonts w:eastAsia="標楷體" w:cs="Times New Roman"/>
              </w:rPr>
              <w:t>（簽名</w:t>
            </w:r>
            <w:r w:rsidRPr="00E94320">
              <w:rPr>
                <w:rFonts w:eastAsia="標楷體" w:cs="Times New Roman"/>
              </w:rPr>
              <w:t xml:space="preserve"> Signature</w:t>
            </w:r>
            <w:r w:rsidRPr="00E94320">
              <w:rPr>
                <w:rFonts w:eastAsia="標楷體" w:cs="Times New Roman"/>
              </w:rPr>
              <w:t>）</w:t>
            </w:r>
          </w:p>
        </w:tc>
      </w:tr>
      <w:tr w:rsidR="00D65511" w:rsidRPr="00E94320" w14:paraId="5471CEC1" w14:textId="77777777" w:rsidTr="00E94320">
        <w:trPr>
          <w:trHeight w:hRule="exact" w:val="851"/>
          <w:jc w:val="center"/>
        </w:trPr>
        <w:tc>
          <w:tcPr>
            <w:tcW w:w="3544" w:type="dxa"/>
            <w:shd w:val="clear" w:color="auto" w:fill="EDEDED"/>
            <w:tcMar>
              <w:top w:w="100" w:type="dxa"/>
              <w:left w:w="120" w:type="dxa"/>
              <w:bottom w:w="100" w:type="dxa"/>
              <w:right w:w="120" w:type="dxa"/>
            </w:tcMar>
            <w:vAlign w:val="center"/>
          </w:tcPr>
          <w:p w14:paraId="16217E12" w14:textId="77777777" w:rsidR="00D65511" w:rsidRPr="00E94320" w:rsidRDefault="00B92538" w:rsidP="00E94320">
            <w:pPr>
              <w:jc w:val="center"/>
              <w:rPr>
                <w:rFonts w:eastAsia="標楷體" w:cs="Times New Roman"/>
              </w:rPr>
            </w:pPr>
            <w:r w:rsidRPr="00E94320">
              <w:rPr>
                <w:rFonts w:eastAsia="標楷體" w:cs="Times New Roman"/>
                <w:b/>
              </w:rPr>
              <w:t>日期</w:t>
            </w:r>
            <w:r w:rsidRPr="00E94320">
              <w:rPr>
                <w:rFonts w:eastAsia="標楷體" w:cs="Times New Roman"/>
                <w:b/>
                <w:sz w:val="19"/>
              </w:rPr>
              <w:br/>
              <w:t>Date</w:t>
            </w:r>
          </w:p>
        </w:tc>
        <w:tc>
          <w:tcPr>
            <w:tcW w:w="6428" w:type="dxa"/>
            <w:tcMar>
              <w:top w:w="100" w:type="dxa"/>
              <w:left w:w="120" w:type="dxa"/>
              <w:bottom w:w="100" w:type="dxa"/>
              <w:right w:w="120" w:type="dxa"/>
            </w:tcMar>
            <w:vAlign w:val="center"/>
          </w:tcPr>
          <w:p w14:paraId="1DEE2799" w14:textId="1F962E69" w:rsidR="00D65511" w:rsidRPr="00E94320" w:rsidRDefault="00B92538">
            <w:pPr>
              <w:rPr>
                <w:rFonts w:eastAsia="標楷體" w:cs="Times New Roman" w:hint="eastAsia"/>
                <w:lang w:eastAsia="zh-TW"/>
              </w:rPr>
            </w:pPr>
            <w:r w:rsidRPr="00E94320">
              <w:rPr>
                <w:rFonts w:eastAsia="標楷體" w:cs="Times New Roman"/>
              </w:rPr>
              <w:t>_______</w:t>
            </w:r>
            <w:r w:rsidRPr="00E94320">
              <w:rPr>
                <w:rFonts w:eastAsia="標楷體" w:cs="Times New Roman"/>
              </w:rPr>
              <w:t>年</w:t>
            </w:r>
            <w:r w:rsidR="00E94320">
              <w:rPr>
                <w:rFonts w:eastAsia="標楷體" w:cs="Times New Roman" w:hint="eastAsia"/>
                <w:lang w:eastAsia="zh-TW"/>
              </w:rPr>
              <w:t>(</w:t>
            </w:r>
            <w:r w:rsidR="00E94320">
              <w:rPr>
                <w:rFonts w:eastAsia="標楷體" w:cs="Times New Roman"/>
                <w:lang w:eastAsia="zh-TW"/>
              </w:rPr>
              <w:t>Y)</w:t>
            </w:r>
            <w:r w:rsidRPr="00E94320">
              <w:rPr>
                <w:rFonts w:eastAsia="標楷體" w:cs="Times New Roman"/>
              </w:rPr>
              <w:t>_______</w:t>
            </w:r>
            <w:r w:rsidRPr="00E94320">
              <w:rPr>
                <w:rFonts w:eastAsia="標楷體" w:cs="Times New Roman"/>
              </w:rPr>
              <w:t>月</w:t>
            </w:r>
            <w:r w:rsidR="00E94320">
              <w:rPr>
                <w:rFonts w:eastAsia="標楷體" w:cs="Times New Roman" w:hint="eastAsia"/>
                <w:lang w:eastAsia="zh-TW"/>
              </w:rPr>
              <w:t>(</w:t>
            </w:r>
            <w:r w:rsidR="00E94320">
              <w:rPr>
                <w:rFonts w:eastAsia="標楷體" w:cs="Times New Roman"/>
                <w:lang w:eastAsia="zh-TW"/>
              </w:rPr>
              <w:t>M)</w:t>
            </w:r>
            <w:r w:rsidRPr="00E94320">
              <w:rPr>
                <w:rFonts w:eastAsia="標楷體" w:cs="Times New Roman"/>
              </w:rPr>
              <w:t>_______</w:t>
            </w:r>
            <w:r w:rsidRPr="00E94320">
              <w:rPr>
                <w:rFonts w:eastAsia="標楷體" w:cs="Times New Roman"/>
              </w:rPr>
              <w:t>日</w:t>
            </w:r>
            <w:r w:rsidR="00E94320">
              <w:rPr>
                <w:rFonts w:eastAsia="標楷體" w:cs="Times New Roman" w:hint="eastAsia"/>
                <w:lang w:eastAsia="zh-TW"/>
              </w:rPr>
              <w:t>(</w:t>
            </w:r>
            <w:r w:rsidR="00E94320">
              <w:rPr>
                <w:rFonts w:eastAsia="標楷體" w:cs="Times New Roman"/>
                <w:lang w:eastAsia="zh-TW"/>
              </w:rPr>
              <w:t>D)</w:t>
            </w:r>
          </w:p>
        </w:tc>
      </w:tr>
      <w:tr w:rsidR="00D65511" w:rsidRPr="00E94320" w14:paraId="3EEA3731" w14:textId="77777777" w:rsidTr="00E94320">
        <w:trPr>
          <w:trHeight w:hRule="exact" w:val="851"/>
          <w:jc w:val="center"/>
        </w:trPr>
        <w:tc>
          <w:tcPr>
            <w:tcW w:w="3544" w:type="dxa"/>
            <w:shd w:val="clear" w:color="auto" w:fill="EDEDED"/>
            <w:tcMar>
              <w:top w:w="100" w:type="dxa"/>
              <w:left w:w="120" w:type="dxa"/>
              <w:bottom w:w="100" w:type="dxa"/>
              <w:right w:w="120" w:type="dxa"/>
            </w:tcMar>
            <w:vAlign w:val="center"/>
          </w:tcPr>
          <w:p w14:paraId="2D15A878" w14:textId="77777777" w:rsidR="00D65511" w:rsidRPr="00E94320" w:rsidRDefault="00B92538" w:rsidP="00E94320">
            <w:pPr>
              <w:jc w:val="center"/>
              <w:rPr>
                <w:rFonts w:eastAsia="標楷體" w:cs="Times New Roman"/>
              </w:rPr>
            </w:pPr>
            <w:r w:rsidRPr="00E94320">
              <w:rPr>
                <w:rFonts w:eastAsia="標楷體" w:cs="Times New Roman"/>
                <w:b/>
              </w:rPr>
              <w:t>備註</w:t>
            </w:r>
            <w:r w:rsidRPr="00E94320">
              <w:rPr>
                <w:rFonts w:eastAsia="標楷體" w:cs="Times New Roman"/>
                <w:b/>
                <w:sz w:val="19"/>
              </w:rPr>
              <w:br/>
              <w:t>Note</w:t>
            </w:r>
          </w:p>
        </w:tc>
        <w:tc>
          <w:tcPr>
            <w:tcW w:w="6428" w:type="dxa"/>
            <w:tcMar>
              <w:top w:w="100" w:type="dxa"/>
              <w:left w:w="120" w:type="dxa"/>
              <w:bottom w:w="100" w:type="dxa"/>
              <w:right w:w="120" w:type="dxa"/>
            </w:tcMar>
            <w:vAlign w:val="center"/>
          </w:tcPr>
          <w:p w14:paraId="32ECBBB7" w14:textId="77777777" w:rsidR="00D65511" w:rsidRPr="00E94320" w:rsidRDefault="00B92538">
            <w:pPr>
              <w:rPr>
                <w:rFonts w:eastAsia="標楷體" w:cs="Times New Roman"/>
              </w:rPr>
            </w:pPr>
            <w:r w:rsidRPr="00E94320">
              <w:rPr>
                <w:rFonts w:eastAsia="標楷體" w:cs="Times New Roman"/>
                <w:lang w:eastAsia="zh-TW"/>
              </w:rPr>
              <w:t>申請書一式貳份，一份系辦留存，一份送原指導教授。</w:t>
            </w:r>
            <w:r w:rsidRPr="00E94320">
              <w:rPr>
                <w:rFonts w:eastAsia="標楷體" w:cs="Times New Roman"/>
                <w:sz w:val="19"/>
                <w:lang w:eastAsia="zh-TW"/>
              </w:rPr>
              <w:br/>
            </w:r>
            <w:r w:rsidRPr="00E94320">
              <w:rPr>
                <w:rFonts w:eastAsia="標楷體" w:cs="Times New Roman"/>
                <w:sz w:val="19"/>
              </w:rPr>
              <w:t>This declaration shall be prepared in duplicate: one copy shall be retained by the Department Office, and one copy shall be provided to the current advisor.</w:t>
            </w:r>
          </w:p>
        </w:tc>
      </w:tr>
    </w:tbl>
    <w:p w14:paraId="3A54393A" w14:textId="77777777" w:rsidR="00B92538" w:rsidRDefault="00B92538"/>
    <w:sectPr w:rsidR="00B92538" w:rsidSect="00034616">
      <w:pgSz w:w="12240" w:h="15840"/>
      <w:pgMar w:top="1020" w:right="1134" w:bottom="102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A5C1C5" w14:textId="77777777" w:rsidR="00B92538" w:rsidRDefault="00B92538" w:rsidP="00E94320">
      <w:pPr>
        <w:spacing w:after="0" w:line="240" w:lineRule="auto"/>
      </w:pPr>
      <w:r>
        <w:separator/>
      </w:r>
    </w:p>
  </w:endnote>
  <w:endnote w:type="continuationSeparator" w:id="0">
    <w:p w14:paraId="74D2F1C9" w14:textId="77777777" w:rsidR="00B92538" w:rsidRDefault="00B92538" w:rsidP="00E943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微軟正黑體">
    <w:panose1 w:val="020B0604030504040204"/>
    <w:charset w:val="88"/>
    <w:family w:val="swiss"/>
    <w:pitch w:val="variable"/>
    <w:sig w:usb0="000002A7" w:usb1="28CF4400" w:usb2="00000016" w:usb3="00000000" w:csb0="00100009"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1F4BDA" w14:textId="77777777" w:rsidR="00B92538" w:rsidRDefault="00B92538" w:rsidP="00E94320">
      <w:pPr>
        <w:spacing w:after="0" w:line="240" w:lineRule="auto"/>
      </w:pPr>
      <w:r>
        <w:separator/>
      </w:r>
    </w:p>
  </w:footnote>
  <w:footnote w:type="continuationSeparator" w:id="0">
    <w:p w14:paraId="4ABD6A35" w14:textId="77777777" w:rsidR="00B92538" w:rsidRDefault="00B92538" w:rsidP="00E943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A72D3"/>
    <w:rsid w:val="00AA1D8D"/>
    <w:rsid w:val="00B47730"/>
    <w:rsid w:val="00B92538"/>
    <w:rsid w:val="00CB0664"/>
    <w:rsid w:val="00D65511"/>
    <w:rsid w:val="00E9432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7722B46"/>
  <w14:defaultImageDpi w14:val="300"/>
  <w15:docId w15:val="{2C3C0E1C-58AF-4772-B048-A438133BC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Times New Roman" w:eastAsia="微軟正黑體" w:hAnsi="Times New Roman"/>
      <w:sz w:val="21"/>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頁首 字元"/>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頁尾 字元"/>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標題 1 字元"/>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標題 2 字元"/>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標題 3 字元"/>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標題 字元"/>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標題 字元"/>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字元"/>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字元"/>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字元"/>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巨集文字 字元"/>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文 字元"/>
    <w:basedOn w:val="a2"/>
    <w:link w:val="af5"/>
    <w:uiPriority w:val="29"/>
    <w:rsid w:val="00FC693F"/>
    <w:rPr>
      <w:i/>
      <w:iCs/>
      <w:color w:val="000000" w:themeColor="text1"/>
    </w:rPr>
  </w:style>
  <w:style w:type="character" w:customStyle="1" w:styleId="40">
    <w:name w:val="標題 4 字元"/>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標題 5 字元"/>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標題 6 字元"/>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標題 7 字元"/>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標題 8 字元"/>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標題 9 字元"/>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鮮明引文 字元"/>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193</Words>
  <Characters>1101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2</cp:revision>
  <dcterms:created xsi:type="dcterms:W3CDTF">2013-12-23T23:15:00Z</dcterms:created>
  <dcterms:modified xsi:type="dcterms:W3CDTF">2026-08-18T04:30:00Z</dcterms:modified>
  <cp:category/>
</cp:coreProperties>
</file>